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598F4" w14:textId="77777777" w:rsidR="00366860" w:rsidRPr="00DF0AC3" w:rsidRDefault="00000000" w:rsidP="0079046E">
      <w:pPr>
        <w:pStyle w:val="Title"/>
        <w:bidi/>
        <w:jc w:val="center"/>
        <w:rPr>
          <w:rFonts w:ascii="Vazir" w:hAnsi="Vazir" w:cs="Vazir"/>
          <w:sz w:val="32"/>
          <w:szCs w:val="44"/>
        </w:rPr>
      </w:pPr>
      <w:r w:rsidRPr="00DF0AC3">
        <w:rPr>
          <w:rFonts w:ascii="Vazir" w:hAnsi="Vazir" w:cs="Vazir"/>
          <w:sz w:val="32"/>
          <w:szCs w:val="44"/>
        </w:rPr>
        <w:t>پیشران</w:t>
      </w:r>
    </w:p>
    <w:p w14:paraId="564989AD" w14:textId="77777777" w:rsidR="00366860" w:rsidRPr="007750A8" w:rsidRDefault="00000000" w:rsidP="0079046E">
      <w:pPr>
        <w:bidi/>
        <w:jc w:val="center"/>
        <w:rPr>
          <w:rFonts w:ascii="Vazir" w:hAnsi="Vazir" w:cs="Vazir"/>
          <w:color w:val="632423" w:themeColor="accent2" w:themeShade="80"/>
          <w:sz w:val="24"/>
          <w:szCs w:val="28"/>
        </w:rPr>
      </w:pPr>
      <w:r w:rsidRPr="007750A8">
        <w:rPr>
          <w:rFonts w:ascii="Vazir" w:hAnsi="Vazir" w:cs="Vazir"/>
          <w:b/>
          <w:color w:val="632423" w:themeColor="accent2" w:themeShade="80"/>
          <w:sz w:val="24"/>
          <w:szCs w:val="28"/>
        </w:rPr>
        <w:t>پیشرفت و رشد ایده‌های نوآورانه دانشجویی</w:t>
      </w:r>
    </w:p>
    <w:p w14:paraId="5E33A529" w14:textId="728A550F" w:rsidR="00366860" w:rsidRPr="00CF2812" w:rsidRDefault="00000000" w:rsidP="0079046E">
      <w:pPr>
        <w:bidi/>
        <w:jc w:val="center"/>
        <w:rPr>
          <w:rFonts w:ascii="Vazir" w:hAnsi="Vazir" w:cs="Vazir"/>
          <w:b/>
          <w:bCs/>
          <w:sz w:val="22"/>
          <w:szCs w:val="24"/>
        </w:rPr>
      </w:pP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فرم</w:t>
      </w:r>
      <w:proofErr w:type="spellEnd"/>
      <w:r w:rsidRPr="00CF2812">
        <w:rPr>
          <w:rFonts w:ascii="Vazir" w:hAnsi="Vazir" w:cs="Vazir"/>
          <w:b/>
          <w:bCs/>
          <w:sz w:val="22"/>
          <w:szCs w:val="24"/>
        </w:rPr>
        <w:t xml:space="preserve"> </w:t>
      </w: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ثبت</w:t>
      </w:r>
      <w:proofErr w:type="spellEnd"/>
      <w:r w:rsidRPr="00CF2812">
        <w:rPr>
          <w:rFonts w:ascii="Vazir" w:hAnsi="Vazir" w:cs="Vazir"/>
          <w:b/>
          <w:bCs/>
          <w:sz w:val="22"/>
          <w:szCs w:val="24"/>
        </w:rPr>
        <w:t xml:space="preserve"> </w:t>
      </w: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ایده</w:t>
      </w:r>
      <w:proofErr w:type="spellEnd"/>
      <w:r w:rsidRPr="00CF2812">
        <w:rPr>
          <w:rFonts w:ascii="Vazir" w:hAnsi="Vazir" w:cs="Vazir"/>
          <w:b/>
          <w:bCs/>
          <w:sz w:val="22"/>
          <w:szCs w:val="24"/>
        </w:rPr>
        <w:t xml:space="preserve"> و </w:t>
      </w: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پیشنهاد</w:t>
      </w:r>
      <w:proofErr w:type="spellEnd"/>
      <w:r w:rsidRPr="00CF2812">
        <w:rPr>
          <w:rFonts w:ascii="Vazir" w:hAnsi="Vazir" w:cs="Vazir"/>
          <w:b/>
          <w:bCs/>
          <w:sz w:val="22"/>
          <w:szCs w:val="24"/>
        </w:rPr>
        <w:t xml:space="preserve"> </w:t>
      </w: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اولیه</w:t>
      </w:r>
      <w:proofErr w:type="spellEnd"/>
      <w:r w:rsidRPr="00CF2812">
        <w:rPr>
          <w:rFonts w:ascii="Vazir" w:hAnsi="Vazir" w:cs="Vazir"/>
          <w:b/>
          <w:bCs/>
          <w:sz w:val="22"/>
          <w:szCs w:val="24"/>
        </w:rPr>
        <w:t xml:space="preserve"> </w:t>
      </w: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برای</w:t>
      </w:r>
      <w:proofErr w:type="spellEnd"/>
      <w:r w:rsidRPr="00CF2812">
        <w:rPr>
          <w:rFonts w:ascii="Vazir" w:hAnsi="Vazir" w:cs="Vazir"/>
          <w:b/>
          <w:bCs/>
          <w:sz w:val="22"/>
          <w:szCs w:val="24"/>
        </w:rPr>
        <w:t xml:space="preserve"> </w:t>
      </w:r>
      <w:proofErr w:type="spellStart"/>
      <w:proofErr w:type="gramStart"/>
      <w:r w:rsidRPr="00CF2812">
        <w:rPr>
          <w:rFonts w:ascii="Vazir" w:hAnsi="Vazir" w:cs="Vazir"/>
          <w:b/>
          <w:bCs/>
          <w:sz w:val="22"/>
          <w:szCs w:val="24"/>
        </w:rPr>
        <w:t>رویداد</w:t>
      </w:r>
      <w:proofErr w:type="spellEnd"/>
      <w:r w:rsidR="007750A8">
        <w:rPr>
          <w:rFonts w:ascii="Vazir" w:hAnsi="Vazir" w:cs="Vazir" w:hint="cs"/>
          <w:b/>
          <w:bCs/>
          <w:sz w:val="22"/>
          <w:szCs w:val="24"/>
          <w:rtl/>
        </w:rPr>
        <w:t xml:space="preserve"> </w:t>
      </w:r>
      <w:r w:rsidRPr="00CF2812">
        <w:rPr>
          <w:rFonts w:ascii="Vazir" w:hAnsi="Vazir" w:cs="Vazir"/>
          <w:b/>
          <w:bCs/>
          <w:sz w:val="22"/>
          <w:szCs w:val="24"/>
        </w:rPr>
        <w:t xml:space="preserve"> </w:t>
      </w:r>
      <w:r w:rsidR="00CF2812" w:rsidRPr="00CF2812">
        <w:rPr>
          <w:rFonts w:ascii="Vazir" w:hAnsi="Vazir" w:cs="Vazir"/>
          <w:b/>
          <w:bCs/>
          <w:sz w:val="22"/>
          <w:szCs w:val="24"/>
          <w:rtl/>
        </w:rPr>
        <w:t>پیشران</w:t>
      </w:r>
      <w:proofErr w:type="gramEnd"/>
      <w:r w:rsidR="00CF2812">
        <w:rPr>
          <w:rFonts w:ascii="Vazir" w:hAnsi="Vazir" w:cs="Vazir" w:hint="cs"/>
          <w:b/>
          <w:bCs/>
          <w:sz w:val="22"/>
          <w:szCs w:val="24"/>
          <w:rtl/>
        </w:rPr>
        <w:t xml:space="preserve"> </w:t>
      </w: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دانشکده</w:t>
      </w:r>
      <w:proofErr w:type="spellEnd"/>
      <w:r w:rsidRPr="00CF2812">
        <w:rPr>
          <w:rFonts w:ascii="Vazir" w:hAnsi="Vazir" w:cs="Vazir"/>
          <w:b/>
          <w:bCs/>
          <w:sz w:val="22"/>
          <w:szCs w:val="24"/>
        </w:rPr>
        <w:t xml:space="preserve"> </w:t>
      </w: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مهندسی</w:t>
      </w:r>
      <w:proofErr w:type="spellEnd"/>
      <w:r w:rsidRPr="00CF2812">
        <w:rPr>
          <w:rFonts w:ascii="Vazir" w:hAnsi="Vazir" w:cs="Vazir"/>
          <w:b/>
          <w:bCs/>
          <w:sz w:val="22"/>
          <w:szCs w:val="24"/>
        </w:rPr>
        <w:t xml:space="preserve"> </w:t>
      </w: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مکانیک</w:t>
      </w:r>
      <w:proofErr w:type="spellEnd"/>
      <w:r w:rsidRPr="00CF2812">
        <w:rPr>
          <w:rFonts w:ascii="Vazir" w:hAnsi="Vazir" w:cs="Vazir"/>
          <w:b/>
          <w:bCs/>
          <w:sz w:val="22"/>
          <w:szCs w:val="24"/>
        </w:rPr>
        <w:t xml:space="preserve"> </w:t>
      </w: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دانشگاه</w:t>
      </w:r>
      <w:proofErr w:type="spellEnd"/>
      <w:r w:rsidRPr="00CF2812">
        <w:rPr>
          <w:rFonts w:ascii="Vazir" w:hAnsi="Vazir" w:cs="Vazir"/>
          <w:b/>
          <w:bCs/>
          <w:sz w:val="22"/>
          <w:szCs w:val="24"/>
        </w:rPr>
        <w:t xml:space="preserve"> </w:t>
      </w:r>
      <w:proofErr w:type="spellStart"/>
      <w:r w:rsidRPr="00CF2812">
        <w:rPr>
          <w:rFonts w:ascii="Vazir" w:hAnsi="Vazir" w:cs="Vazir"/>
          <w:b/>
          <w:bCs/>
          <w:sz w:val="22"/>
          <w:szCs w:val="24"/>
        </w:rPr>
        <w:t>سمنان</w:t>
      </w:r>
      <w:proofErr w:type="spellEnd"/>
    </w:p>
    <w:p w14:paraId="7E5404A3" w14:textId="1E4AA8F1" w:rsidR="00366860" w:rsidRPr="007D0334" w:rsidRDefault="00000000" w:rsidP="0079046E">
      <w:pPr>
        <w:bidi/>
        <w:jc w:val="center"/>
        <w:rPr>
          <w:rFonts w:ascii="Vazir" w:hAnsi="Vazir" w:cs="Vazir"/>
          <w:b/>
          <w:bCs/>
          <w:sz w:val="16"/>
          <w:szCs w:val="18"/>
        </w:rPr>
      </w:pPr>
      <w:r w:rsidRPr="007D0334">
        <w:rPr>
          <w:rFonts w:ascii="Vazir" w:hAnsi="Vazir" w:cs="Vazir"/>
          <w:b/>
          <w:bCs/>
          <w:color w:val="0A6969"/>
          <w:sz w:val="16"/>
          <w:szCs w:val="18"/>
        </w:rPr>
        <w:t xml:space="preserve"> </w:t>
      </w:r>
      <w:proofErr w:type="spellStart"/>
      <w:r w:rsidRPr="007D0334">
        <w:rPr>
          <w:rFonts w:ascii="Vazir" w:hAnsi="Vazir" w:cs="Vazir"/>
          <w:b/>
          <w:bCs/>
          <w:color w:val="0A6969"/>
          <w:sz w:val="16"/>
          <w:szCs w:val="18"/>
        </w:rPr>
        <w:t>مهلت</w:t>
      </w:r>
      <w:proofErr w:type="spellEnd"/>
      <w:r w:rsidRPr="007D0334">
        <w:rPr>
          <w:rFonts w:ascii="Vazir" w:hAnsi="Vazir" w:cs="Vazir"/>
          <w:b/>
          <w:bCs/>
          <w:color w:val="0A6969"/>
          <w:sz w:val="16"/>
          <w:szCs w:val="18"/>
        </w:rPr>
        <w:t xml:space="preserve"> </w:t>
      </w:r>
      <w:proofErr w:type="spellStart"/>
      <w:r w:rsidRPr="007D0334">
        <w:rPr>
          <w:rFonts w:ascii="Vazir" w:hAnsi="Vazir" w:cs="Vazir"/>
          <w:b/>
          <w:bCs/>
          <w:color w:val="0A6969"/>
          <w:sz w:val="16"/>
          <w:szCs w:val="18"/>
        </w:rPr>
        <w:t>دریافت</w:t>
      </w:r>
      <w:proofErr w:type="spellEnd"/>
      <w:r w:rsidRPr="007D0334">
        <w:rPr>
          <w:rFonts w:ascii="Vazir" w:hAnsi="Vazir" w:cs="Vazir"/>
          <w:b/>
          <w:bCs/>
          <w:color w:val="0A6969"/>
          <w:sz w:val="16"/>
          <w:szCs w:val="18"/>
        </w:rPr>
        <w:t xml:space="preserve">: ۷ </w:t>
      </w:r>
      <w:proofErr w:type="spellStart"/>
      <w:r w:rsidRPr="007D0334">
        <w:rPr>
          <w:rFonts w:ascii="Vazir" w:hAnsi="Vazir" w:cs="Vazir"/>
          <w:b/>
          <w:bCs/>
          <w:color w:val="0A6969"/>
          <w:sz w:val="16"/>
          <w:szCs w:val="18"/>
        </w:rPr>
        <w:t>آذر</w:t>
      </w:r>
      <w:proofErr w:type="spellEnd"/>
      <w:r w:rsidRPr="007D0334">
        <w:rPr>
          <w:rFonts w:ascii="Vazir" w:hAnsi="Vazir" w:cs="Vazir"/>
          <w:b/>
          <w:bCs/>
          <w:color w:val="0A6969"/>
          <w:sz w:val="16"/>
          <w:szCs w:val="18"/>
        </w:rPr>
        <w:t xml:space="preserve">  </w:t>
      </w:r>
    </w:p>
    <w:p w14:paraId="7842CCE2" w14:textId="77777777" w:rsidR="00366860" w:rsidRPr="00DF0AC3" w:rsidRDefault="00000000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proofErr w:type="spellStart"/>
      <w:r w:rsidRPr="00DF0AC3">
        <w:rPr>
          <w:rFonts w:ascii="Vazir" w:hAnsi="Vazir" w:cs="Vazir"/>
          <w:sz w:val="22"/>
          <w:szCs w:val="22"/>
        </w:rPr>
        <w:t>راهنمای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تکمیل</w:t>
      </w:r>
      <w:proofErr w:type="spellEnd"/>
    </w:p>
    <w:p w14:paraId="311FC19F" w14:textId="77777777" w:rsidR="00DF0AC3" w:rsidRDefault="00DF0AC3" w:rsidP="0079046E">
      <w:pPr>
        <w:pStyle w:val="Heading1"/>
        <w:bidi/>
        <w:jc w:val="both"/>
        <w:rPr>
          <w:rFonts w:ascii="Vazir" w:eastAsiaTheme="minorEastAsia" w:hAnsi="Vazir" w:cs="Vazir"/>
          <w:b w:val="0"/>
          <w:bCs w:val="0"/>
          <w:color w:val="112E3E"/>
          <w:sz w:val="14"/>
          <w:szCs w:val="16"/>
          <w:rtl/>
        </w:rPr>
      </w:pPr>
      <w:r w:rsidRPr="00DF0AC3">
        <w:rPr>
          <w:rFonts w:ascii="Vazir" w:eastAsiaTheme="minorEastAsia" w:hAnsi="Vazir" w:cs="Vazir"/>
          <w:b w:val="0"/>
          <w:bCs w:val="0"/>
          <w:color w:val="112E3E"/>
          <w:sz w:val="14"/>
          <w:szCs w:val="16"/>
          <w:rtl/>
        </w:rPr>
        <w:t>این فرم برای ایده‌های اولیه نیز مناسب است؛ داشتن نمونه اولیه، فروش یا ثبت اختراع الزامی نیست. پاسخ‌ها کوتاه، روشن و مبتنی بر واقعیت باشند. هرجا داده‌ای ندارید، «برآورد/فرضیه» بنویسید. می‌توانید یک تصویر، نمودار یا طرح مفهومی را در پیوست حداکثر دو صفحه‌ای اضافه کنید. اطلاعات محرمانه فنی و اسرار تجاری را در نسخه عمومی درج نکنید.</w:t>
      </w:r>
    </w:p>
    <w:p w14:paraId="65B1B97C" w14:textId="10A05870" w:rsidR="0014378D" w:rsidRPr="0014378D" w:rsidRDefault="0014378D" w:rsidP="0014378D">
      <w:pPr>
        <w:bidi/>
        <w:rPr>
          <w:rFonts w:hint="eastAsia"/>
          <w:rtl/>
        </w:rPr>
      </w:pPr>
      <w:r w:rsidRPr="002003E9">
        <w:rPr>
          <w:rFonts w:ascii="Vazir" w:eastAsia="Noto Sans Arabic" w:hAnsi="Vazir" w:cs="Vazir"/>
          <w:color w:val="203342"/>
          <w:sz w:val="12"/>
          <w:szCs w:val="16"/>
          <w:rtl/>
        </w:rPr>
        <w:t xml:space="preserve">این فرم با قلم خوانا و </w:t>
      </w:r>
      <w:r w:rsidRPr="004E2584">
        <w:rPr>
          <w:rFonts w:ascii="Vazir" w:eastAsia="Noto Sans Arabic" w:hAnsi="Vazir" w:cs="Vazir"/>
          <w:b/>
          <w:bCs/>
          <w:color w:val="203342"/>
          <w:sz w:val="12"/>
          <w:szCs w:val="16"/>
          <w:rtl/>
        </w:rPr>
        <w:t xml:space="preserve">حداکثر در </w:t>
      </w:r>
      <w:r w:rsidRPr="004E2584">
        <w:rPr>
          <w:rFonts w:ascii="Vazir" w:eastAsia="Noto Sans Arabic" w:hAnsi="Vazir" w:cs="Vazir" w:hint="cs"/>
          <w:b/>
          <w:bCs/>
          <w:color w:val="203342"/>
          <w:sz w:val="12"/>
          <w:szCs w:val="16"/>
          <w:rtl/>
        </w:rPr>
        <w:t>5</w:t>
      </w:r>
      <w:r w:rsidRPr="004E2584">
        <w:rPr>
          <w:rFonts w:ascii="Vazir" w:eastAsia="Noto Sans Arabic" w:hAnsi="Vazir" w:cs="Vazir"/>
          <w:b/>
          <w:bCs/>
          <w:color w:val="203342"/>
          <w:sz w:val="12"/>
          <w:szCs w:val="16"/>
          <w:rtl/>
        </w:rPr>
        <w:t xml:space="preserve"> صفحه تکمیل</w:t>
      </w:r>
      <w:r w:rsidRPr="002003E9">
        <w:rPr>
          <w:rFonts w:ascii="Vazir" w:eastAsia="Noto Sans Arabic" w:hAnsi="Vazir" w:cs="Vazir"/>
          <w:color w:val="203342"/>
          <w:sz w:val="12"/>
          <w:szCs w:val="16"/>
          <w:rtl/>
        </w:rPr>
        <w:t xml:space="preserve"> و به PDF تبدیل شود. همه سؤال‌ها مختصر و مستند پاسخ داده شوند.</w:t>
      </w:r>
    </w:p>
    <w:p w14:paraId="613E12CA" w14:textId="7705B5E3" w:rsidR="00366860" w:rsidRPr="00DF0AC3" w:rsidRDefault="00000000" w:rsidP="00DF0AC3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proofErr w:type="spellStart"/>
      <w:r w:rsidRPr="00DF0AC3">
        <w:rPr>
          <w:rFonts w:ascii="Vazir" w:hAnsi="Vazir" w:cs="Vazir"/>
          <w:sz w:val="22"/>
          <w:szCs w:val="22"/>
        </w:rPr>
        <w:t>الف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| </w:t>
      </w:r>
      <w:proofErr w:type="spellStart"/>
      <w:r w:rsidRPr="00DF0AC3">
        <w:rPr>
          <w:rFonts w:ascii="Vazir" w:hAnsi="Vazir" w:cs="Vazir"/>
          <w:sz w:val="22"/>
          <w:szCs w:val="22"/>
        </w:rPr>
        <w:t>مشخصات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ایده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تیم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6990"/>
        <w:gridCol w:w="3216"/>
      </w:tblGrid>
      <w:tr w:rsidR="00C1729E" w:rsidRPr="00DF0AC3" w14:paraId="60C31CF8" w14:textId="3AF971F1" w:rsidTr="00C1729E">
        <w:trPr>
          <w:jc w:val="center"/>
        </w:trPr>
        <w:tc>
          <w:tcPr>
            <w:tcW w:w="6990" w:type="dxa"/>
            <w:vAlign w:val="center"/>
          </w:tcPr>
          <w:p w14:paraId="20365E0F" w14:textId="03307A0B" w:rsidR="00C1729E" w:rsidRPr="00C1729E" w:rsidRDefault="00C1729E" w:rsidP="00C1729E">
            <w:pPr>
              <w:bidi/>
              <w:jc w:val="both"/>
              <w:rPr>
                <w:rFonts w:ascii="Vazir" w:hAnsi="Vazir" w:cs="Vazir"/>
                <w:sz w:val="16"/>
                <w:szCs w:val="20"/>
              </w:rPr>
            </w:pPr>
          </w:p>
        </w:tc>
        <w:tc>
          <w:tcPr>
            <w:tcW w:w="3216" w:type="dxa"/>
            <w:vAlign w:val="center"/>
          </w:tcPr>
          <w:p w14:paraId="0E9505F7" w14:textId="515E64DE" w:rsidR="00C1729E" w:rsidRPr="00C1729E" w:rsidRDefault="00C1729E" w:rsidP="00C1729E">
            <w:pPr>
              <w:bidi/>
              <w:jc w:val="both"/>
              <w:rPr>
                <w:rFonts w:ascii="Vazir" w:hAnsi="Vazir" w:cs="Vazir"/>
                <w:sz w:val="16"/>
                <w:szCs w:val="20"/>
              </w:rPr>
            </w:pP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عنوان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کوتاه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ایده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(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حداکثر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۱۲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کلمه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>)</w:t>
            </w:r>
          </w:p>
        </w:tc>
      </w:tr>
      <w:tr w:rsidR="00C1729E" w:rsidRPr="00DF0AC3" w14:paraId="7EE5CB2D" w14:textId="06129F4A" w:rsidTr="00C1729E">
        <w:trPr>
          <w:jc w:val="center"/>
        </w:trPr>
        <w:tc>
          <w:tcPr>
            <w:tcW w:w="6990" w:type="dxa"/>
            <w:vAlign w:val="center"/>
          </w:tcPr>
          <w:p w14:paraId="55176E0D" w14:textId="08B8C250" w:rsidR="00C1729E" w:rsidRPr="00C1729E" w:rsidRDefault="00C1729E" w:rsidP="00C1729E">
            <w:pPr>
              <w:bidi/>
              <w:jc w:val="both"/>
              <w:rPr>
                <w:rFonts w:ascii="Vazir" w:hAnsi="Vazir" w:cs="Vazir"/>
                <w:sz w:val="16"/>
                <w:szCs w:val="20"/>
              </w:rPr>
            </w:pPr>
            <w:r w:rsidRPr="00C1729E">
              <w:rPr>
                <w:rFonts w:ascii="Arial" w:hAnsi="Arial" w:cs="Arial"/>
                <w:sz w:val="16"/>
                <w:szCs w:val="20"/>
              </w:rPr>
              <w:t>□</w:t>
            </w:r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مهندسی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پزشکی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و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توانبخشی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   </w:t>
            </w:r>
            <w:r w:rsidRPr="00C1729E">
              <w:rPr>
                <w:rFonts w:ascii="Arial" w:hAnsi="Arial" w:cs="Arial"/>
                <w:sz w:val="16"/>
                <w:szCs w:val="20"/>
              </w:rPr>
              <w:t>□</w:t>
            </w:r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r w:rsidR="00601434">
              <w:rPr>
                <w:rFonts w:ascii="Vazir" w:hAnsi="Vazir" w:cs="Vazir"/>
                <w:sz w:val="16"/>
                <w:szCs w:val="20"/>
              </w:rPr>
              <w:t xml:space="preserve">             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انرژی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   </w:t>
            </w:r>
            <w:r w:rsidRPr="00C1729E">
              <w:rPr>
                <w:rFonts w:ascii="Arial" w:hAnsi="Arial" w:cs="Arial"/>
                <w:sz w:val="16"/>
                <w:szCs w:val="20"/>
              </w:rPr>
              <w:t>□</w:t>
            </w:r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r w:rsidR="00601434">
              <w:rPr>
                <w:rFonts w:ascii="Vazir" w:hAnsi="Vazir" w:cs="Vazir"/>
                <w:sz w:val="16"/>
                <w:szCs w:val="20"/>
              </w:rPr>
              <w:t xml:space="preserve">                   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طراحی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و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ساخت</w:t>
            </w:r>
            <w:proofErr w:type="spellEnd"/>
          </w:p>
        </w:tc>
        <w:tc>
          <w:tcPr>
            <w:tcW w:w="3216" w:type="dxa"/>
            <w:vAlign w:val="center"/>
          </w:tcPr>
          <w:p w14:paraId="13758319" w14:textId="2D507410" w:rsidR="00C1729E" w:rsidRPr="00C1729E" w:rsidRDefault="00C1729E" w:rsidP="00C1729E">
            <w:pPr>
              <w:bidi/>
              <w:jc w:val="both"/>
              <w:rPr>
                <w:rFonts w:ascii="Arial" w:hAnsi="Arial" w:cs="Arial"/>
                <w:sz w:val="16"/>
                <w:szCs w:val="20"/>
              </w:rPr>
            </w:pP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حوزه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اصلی</w:t>
            </w:r>
            <w:proofErr w:type="spellEnd"/>
          </w:p>
        </w:tc>
      </w:tr>
      <w:tr w:rsidR="00C1729E" w:rsidRPr="00DF0AC3" w14:paraId="68A56F99" w14:textId="1E3305D0" w:rsidTr="00C1729E">
        <w:trPr>
          <w:jc w:val="center"/>
        </w:trPr>
        <w:tc>
          <w:tcPr>
            <w:tcW w:w="6990" w:type="dxa"/>
            <w:vAlign w:val="center"/>
          </w:tcPr>
          <w:p w14:paraId="1BF03171" w14:textId="75C69F2E" w:rsidR="00C1729E" w:rsidRPr="00C1729E" w:rsidRDefault="00C1729E" w:rsidP="00C1729E">
            <w:pPr>
              <w:bidi/>
              <w:jc w:val="both"/>
              <w:rPr>
                <w:rFonts w:ascii="Vazir" w:hAnsi="Vazir" w:cs="Vazir"/>
                <w:sz w:val="16"/>
                <w:szCs w:val="20"/>
              </w:rPr>
            </w:pPr>
          </w:p>
        </w:tc>
        <w:tc>
          <w:tcPr>
            <w:tcW w:w="3216" w:type="dxa"/>
            <w:vAlign w:val="center"/>
          </w:tcPr>
          <w:p w14:paraId="2672CB17" w14:textId="121FB9D9" w:rsidR="00C1729E" w:rsidRPr="00C1729E" w:rsidRDefault="00C1729E" w:rsidP="00C1729E">
            <w:pPr>
              <w:bidi/>
              <w:jc w:val="both"/>
              <w:rPr>
                <w:rFonts w:ascii="Vazir" w:hAnsi="Vazir" w:cs="Vazir"/>
                <w:sz w:val="16"/>
                <w:szCs w:val="20"/>
              </w:rPr>
            </w:pP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نام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سرگروه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/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رشته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/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مقطع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/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راه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ارتباطی</w:t>
            </w:r>
            <w:proofErr w:type="spellEnd"/>
          </w:p>
        </w:tc>
      </w:tr>
      <w:tr w:rsidR="00C1729E" w:rsidRPr="00DF0AC3" w14:paraId="641B3170" w14:textId="1CE5F29F" w:rsidTr="00C1729E">
        <w:trPr>
          <w:jc w:val="center"/>
        </w:trPr>
        <w:tc>
          <w:tcPr>
            <w:tcW w:w="6990" w:type="dxa"/>
            <w:vAlign w:val="center"/>
          </w:tcPr>
          <w:p w14:paraId="6A0F32C2" w14:textId="5FD5A7D7" w:rsidR="00C1729E" w:rsidRPr="00C1729E" w:rsidRDefault="00C1729E" w:rsidP="00C1729E">
            <w:pPr>
              <w:bidi/>
              <w:jc w:val="both"/>
              <w:rPr>
                <w:rFonts w:ascii="Vazir" w:hAnsi="Vazir" w:cs="Vazir"/>
                <w:sz w:val="16"/>
                <w:szCs w:val="20"/>
              </w:rPr>
            </w:pPr>
          </w:p>
        </w:tc>
        <w:tc>
          <w:tcPr>
            <w:tcW w:w="3216" w:type="dxa"/>
            <w:vAlign w:val="center"/>
          </w:tcPr>
          <w:p w14:paraId="3C997941" w14:textId="368E69B9" w:rsidR="00C1729E" w:rsidRPr="00C1729E" w:rsidRDefault="00C1729E" w:rsidP="00C1729E">
            <w:pPr>
              <w:bidi/>
              <w:jc w:val="both"/>
              <w:rPr>
                <w:rFonts w:ascii="Vazir" w:hAnsi="Vazir" w:cs="Vazir"/>
                <w:sz w:val="16"/>
                <w:szCs w:val="20"/>
              </w:rPr>
            </w:pP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نام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سایر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اعضا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و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نقش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هر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نفر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(۱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تا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۳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نفر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>)</w:t>
            </w:r>
          </w:p>
        </w:tc>
      </w:tr>
      <w:tr w:rsidR="00C1729E" w:rsidRPr="00DF0AC3" w14:paraId="4ED05C96" w14:textId="66CD94FE" w:rsidTr="00C1729E">
        <w:trPr>
          <w:jc w:val="center"/>
        </w:trPr>
        <w:tc>
          <w:tcPr>
            <w:tcW w:w="6990" w:type="dxa"/>
            <w:vAlign w:val="center"/>
          </w:tcPr>
          <w:p w14:paraId="19939BE5" w14:textId="77777777" w:rsidR="00C1729E" w:rsidRPr="00C1729E" w:rsidRDefault="00C1729E" w:rsidP="00C1729E">
            <w:pPr>
              <w:bidi/>
              <w:jc w:val="both"/>
              <w:rPr>
                <w:rFonts w:ascii="Vazir" w:hAnsi="Vazir" w:cs="Vazir"/>
                <w:sz w:val="16"/>
                <w:szCs w:val="20"/>
              </w:rPr>
            </w:pPr>
            <w:r w:rsidRPr="00C1729E">
              <w:rPr>
                <w:rFonts w:ascii="Arial" w:hAnsi="Arial" w:cs="Arial"/>
                <w:sz w:val="16"/>
                <w:szCs w:val="20"/>
              </w:rPr>
              <w:t>□</w:t>
            </w:r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ایده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روی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proofErr w:type="gramStart"/>
            <w:r w:rsidRPr="00C1729E">
              <w:rPr>
                <w:rFonts w:ascii="Vazir" w:hAnsi="Vazir" w:cs="Vazir"/>
                <w:sz w:val="16"/>
                <w:szCs w:val="20"/>
              </w:rPr>
              <w:t>کاغذ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 </w:t>
            </w:r>
            <w:r w:rsidRPr="00C1729E">
              <w:rPr>
                <w:rFonts w:ascii="Arial" w:hAnsi="Arial" w:cs="Arial"/>
                <w:sz w:val="16"/>
                <w:szCs w:val="20"/>
              </w:rPr>
              <w:t>□</w:t>
            </w:r>
            <w:proofErr w:type="gramEnd"/>
            <w:r w:rsidRPr="00C1729E">
              <w:rPr>
                <w:rFonts w:ascii="Vazir" w:hAnsi="Vazir" w:cs="Vazir"/>
                <w:sz w:val="16"/>
                <w:szCs w:val="20"/>
              </w:rPr>
              <w:t xml:space="preserve"> طرح/</w:t>
            </w:r>
            <w:proofErr w:type="gramStart"/>
            <w:r w:rsidRPr="00C1729E">
              <w:rPr>
                <w:rFonts w:ascii="Vazir" w:hAnsi="Vazir" w:cs="Vazir"/>
                <w:sz w:val="16"/>
                <w:szCs w:val="20"/>
              </w:rPr>
              <w:t xml:space="preserve">شبیه‌سازی  </w:t>
            </w:r>
            <w:r w:rsidRPr="00C1729E">
              <w:rPr>
                <w:rFonts w:ascii="Arial" w:hAnsi="Arial" w:cs="Arial"/>
                <w:sz w:val="16"/>
                <w:szCs w:val="20"/>
              </w:rPr>
              <w:t>□</w:t>
            </w:r>
            <w:proofErr w:type="gramEnd"/>
            <w:r w:rsidRPr="00C1729E">
              <w:rPr>
                <w:rFonts w:ascii="Vazir" w:hAnsi="Vazir" w:cs="Vazir"/>
                <w:sz w:val="16"/>
                <w:szCs w:val="20"/>
              </w:rPr>
              <w:t xml:space="preserve"> نمونه </w:t>
            </w:r>
            <w:proofErr w:type="gramStart"/>
            <w:r w:rsidRPr="00C1729E">
              <w:rPr>
                <w:rFonts w:ascii="Vazir" w:hAnsi="Vazir" w:cs="Vazir"/>
                <w:sz w:val="16"/>
                <w:szCs w:val="20"/>
              </w:rPr>
              <w:t xml:space="preserve">آزمایشگاهی  </w:t>
            </w:r>
            <w:r w:rsidRPr="00C1729E">
              <w:rPr>
                <w:rFonts w:ascii="Arial" w:hAnsi="Arial" w:cs="Arial"/>
                <w:sz w:val="16"/>
                <w:szCs w:val="20"/>
              </w:rPr>
              <w:t>□</w:t>
            </w:r>
            <w:proofErr w:type="gramEnd"/>
            <w:r w:rsidRPr="00C1729E">
              <w:rPr>
                <w:rFonts w:ascii="Vazir" w:hAnsi="Vazir" w:cs="Vazir"/>
                <w:sz w:val="16"/>
                <w:szCs w:val="20"/>
              </w:rPr>
              <w:t xml:space="preserve"> نمونه قابل نمایش</w:t>
            </w:r>
          </w:p>
        </w:tc>
        <w:tc>
          <w:tcPr>
            <w:tcW w:w="3216" w:type="dxa"/>
            <w:vAlign w:val="center"/>
          </w:tcPr>
          <w:p w14:paraId="77D9C111" w14:textId="107AB44E" w:rsidR="00C1729E" w:rsidRPr="00C1729E" w:rsidRDefault="00C1729E" w:rsidP="00C1729E">
            <w:pPr>
              <w:bidi/>
              <w:jc w:val="both"/>
              <w:rPr>
                <w:rFonts w:ascii="Arial" w:hAnsi="Arial" w:cs="Arial"/>
                <w:sz w:val="16"/>
                <w:szCs w:val="20"/>
              </w:rPr>
            </w:pP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وضعیت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فعلی</w:t>
            </w:r>
            <w:proofErr w:type="spellEnd"/>
            <w:r w:rsidRPr="00C1729E">
              <w:rPr>
                <w:rFonts w:ascii="Vazir" w:hAnsi="Vazir" w:cs="Vazir"/>
                <w:sz w:val="16"/>
                <w:szCs w:val="20"/>
              </w:rPr>
              <w:t xml:space="preserve"> </w:t>
            </w:r>
            <w:proofErr w:type="spellStart"/>
            <w:r w:rsidRPr="00C1729E">
              <w:rPr>
                <w:rFonts w:ascii="Vazir" w:hAnsi="Vazir" w:cs="Vazir"/>
                <w:sz w:val="16"/>
                <w:szCs w:val="20"/>
              </w:rPr>
              <w:t>ایده</w:t>
            </w:r>
            <w:proofErr w:type="spellEnd"/>
          </w:p>
        </w:tc>
      </w:tr>
    </w:tbl>
    <w:p w14:paraId="0EEE2E6D" w14:textId="2A53C9DA" w:rsidR="00366860" w:rsidRPr="00DF0AC3" w:rsidRDefault="00000000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proofErr w:type="spellStart"/>
      <w:r w:rsidRPr="00DF0AC3">
        <w:rPr>
          <w:rFonts w:ascii="Vazir" w:hAnsi="Vazir" w:cs="Vazir"/>
          <w:sz w:val="22"/>
          <w:szCs w:val="22"/>
        </w:rPr>
        <w:t>مسئله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، </w:t>
      </w:r>
      <w:proofErr w:type="spellStart"/>
      <w:r w:rsidRPr="00DF0AC3">
        <w:rPr>
          <w:rFonts w:ascii="Vazir" w:hAnsi="Vazir" w:cs="Vazir"/>
          <w:sz w:val="22"/>
          <w:szCs w:val="22"/>
        </w:rPr>
        <w:t>مخاطب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</w:t>
      </w:r>
      <w:proofErr w:type="spellStart"/>
      <w:proofErr w:type="gramStart"/>
      <w:r w:rsidRPr="00DF0AC3">
        <w:rPr>
          <w:rFonts w:ascii="Vazir" w:hAnsi="Vazir" w:cs="Vazir"/>
          <w:sz w:val="22"/>
          <w:szCs w:val="22"/>
        </w:rPr>
        <w:t>شواهد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 (</w:t>
      </w:r>
      <w:proofErr w:type="gramEnd"/>
      <w:r w:rsidRPr="00DF0AC3">
        <w:rPr>
          <w:rFonts w:ascii="Vazir" w:hAnsi="Vazir" w:cs="Vazir"/>
          <w:sz w:val="22"/>
          <w:szCs w:val="22"/>
        </w:rPr>
        <w:t>حداکثر 140 کلمه)</w:t>
      </w:r>
    </w:p>
    <w:p w14:paraId="647CCFCE" w14:textId="77777777" w:rsidR="00DF0AC3" w:rsidRDefault="00DF0AC3" w:rsidP="0079046E">
      <w:pPr>
        <w:pStyle w:val="Heading1"/>
        <w:bidi/>
        <w:jc w:val="both"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>دقیقاً چه مشکلی وجود دارد؟ چه فرد/سازمان یا صنعتی با آن روبه‌رو است؟ اکنون مشکل چگونه حل می‌شود؟ حداقل یک شاهد یا مشاهده، مصاحبه، عدد یا منبع ذکر کنید.</w:t>
      </w:r>
    </w:p>
    <w:p w14:paraId="765798EB" w14:textId="77777777" w:rsidR="00DF0AC3" w:rsidRDefault="00DF0AC3" w:rsidP="00DF0AC3">
      <w:pPr>
        <w:pStyle w:val="Heading1"/>
        <w:bidi/>
        <w:jc w:val="both"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</w:p>
    <w:p w14:paraId="1F70A75D" w14:textId="77777777" w:rsidR="00DF0AC3" w:rsidRDefault="00DF0AC3" w:rsidP="00DF0AC3">
      <w:pPr>
        <w:pStyle w:val="Heading1"/>
        <w:bidi/>
        <w:jc w:val="both"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</w:p>
    <w:p w14:paraId="5184A0B3" w14:textId="19925FC4" w:rsidR="00366860" w:rsidRPr="00DF0AC3" w:rsidRDefault="00000000" w:rsidP="00DF0AC3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proofErr w:type="spellStart"/>
      <w:r w:rsidRPr="00DF0AC3">
        <w:rPr>
          <w:rFonts w:ascii="Vazir" w:hAnsi="Vazir" w:cs="Vazir"/>
          <w:sz w:val="22"/>
          <w:szCs w:val="22"/>
        </w:rPr>
        <w:t>راهکار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</w:t>
      </w:r>
      <w:proofErr w:type="spellStart"/>
      <w:r w:rsidRPr="00DF0AC3">
        <w:rPr>
          <w:rFonts w:ascii="Vazir" w:hAnsi="Vazir" w:cs="Vazir"/>
          <w:sz w:val="22"/>
          <w:szCs w:val="22"/>
        </w:rPr>
        <w:t>عملکرد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proofErr w:type="gramStart"/>
      <w:r w:rsidRPr="00DF0AC3">
        <w:rPr>
          <w:rFonts w:ascii="Vazir" w:hAnsi="Vazir" w:cs="Vazir"/>
          <w:sz w:val="22"/>
          <w:szCs w:val="22"/>
        </w:rPr>
        <w:t>ایده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 (</w:t>
      </w:r>
      <w:proofErr w:type="gramEnd"/>
      <w:r w:rsidRPr="00DF0AC3">
        <w:rPr>
          <w:rFonts w:ascii="Vazir" w:hAnsi="Vazir" w:cs="Vazir"/>
          <w:sz w:val="22"/>
          <w:szCs w:val="22"/>
        </w:rPr>
        <w:t>حداکثر 150 کلمه)</w:t>
      </w:r>
    </w:p>
    <w:p w14:paraId="6815DC4D" w14:textId="77777777" w:rsidR="00366860" w:rsidRDefault="00000000" w:rsidP="0079046E">
      <w:pPr>
        <w:bidi/>
        <w:jc w:val="both"/>
        <w:rPr>
          <w:rFonts w:ascii="Vazir" w:hAnsi="Vazir" w:cs="Vazir"/>
          <w:sz w:val="16"/>
          <w:szCs w:val="18"/>
          <w:rtl/>
        </w:rPr>
      </w:pPr>
      <w:r w:rsidRPr="00DF0AC3">
        <w:rPr>
          <w:rFonts w:ascii="Vazir" w:hAnsi="Vazir" w:cs="Vazir"/>
          <w:sz w:val="16"/>
          <w:szCs w:val="18"/>
        </w:rPr>
        <w:t xml:space="preserve">چه محصول، خدمت، دستگاه یا فرایندی پیشنهاد می‌کنید؟ عملکرد آن را به زبان ساده و در صورت لزوم با اجزای اصلی توضیح دهید. </w:t>
      </w:r>
      <w:proofErr w:type="spellStart"/>
      <w:r w:rsidRPr="00DF0AC3">
        <w:rPr>
          <w:rFonts w:ascii="Vazir" w:hAnsi="Vazir" w:cs="Vazir"/>
          <w:sz w:val="16"/>
          <w:szCs w:val="18"/>
        </w:rPr>
        <w:t>خروجی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نهایی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چه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چیزی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خواهد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بود</w:t>
      </w:r>
      <w:proofErr w:type="spellEnd"/>
      <w:r w:rsidRPr="00DF0AC3">
        <w:rPr>
          <w:rFonts w:ascii="Vazir" w:hAnsi="Vazir" w:cs="Vazir"/>
          <w:sz w:val="16"/>
          <w:szCs w:val="18"/>
        </w:rPr>
        <w:t>؟</w:t>
      </w:r>
    </w:p>
    <w:p w14:paraId="5F7726B0" w14:textId="77777777" w:rsidR="00DF0AC3" w:rsidRDefault="00DF0AC3" w:rsidP="00DF0AC3">
      <w:pPr>
        <w:bidi/>
        <w:jc w:val="both"/>
        <w:rPr>
          <w:rFonts w:ascii="Vazir" w:hAnsi="Vazir" w:cs="Vazir"/>
          <w:sz w:val="16"/>
          <w:szCs w:val="18"/>
          <w:rtl/>
        </w:rPr>
      </w:pPr>
    </w:p>
    <w:p w14:paraId="107E0ED7" w14:textId="77777777" w:rsidR="00DF0AC3" w:rsidRPr="00DF0AC3" w:rsidRDefault="00DF0AC3" w:rsidP="00DF0AC3">
      <w:pPr>
        <w:bidi/>
        <w:jc w:val="both"/>
        <w:rPr>
          <w:rFonts w:ascii="Vazir" w:hAnsi="Vazir" w:cs="Vazir"/>
          <w:sz w:val="16"/>
          <w:szCs w:val="18"/>
        </w:rPr>
      </w:pPr>
    </w:p>
    <w:p w14:paraId="0FBB2FF5" w14:textId="333B229B" w:rsidR="00366860" w:rsidRPr="00DF0AC3" w:rsidRDefault="00000000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proofErr w:type="spellStart"/>
      <w:r w:rsidRPr="00DF0AC3">
        <w:rPr>
          <w:rFonts w:ascii="Vazir" w:hAnsi="Vazir" w:cs="Vazir"/>
          <w:sz w:val="22"/>
          <w:szCs w:val="22"/>
        </w:rPr>
        <w:t>ارزش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پیشنهادی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</w:t>
      </w:r>
      <w:proofErr w:type="spellStart"/>
      <w:r w:rsidRPr="00DF0AC3">
        <w:rPr>
          <w:rFonts w:ascii="Vazir" w:hAnsi="Vazir" w:cs="Vazir"/>
          <w:sz w:val="22"/>
          <w:szCs w:val="22"/>
        </w:rPr>
        <w:t>سنجه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gramStart"/>
      <w:r w:rsidRPr="00DF0AC3">
        <w:rPr>
          <w:rFonts w:ascii="Vazir" w:hAnsi="Vazir" w:cs="Vazir"/>
          <w:sz w:val="22"/>
          <w:szCs w:val="22"/>
        </w:rPr>
        <w:t>موفقیت  (</w:t>
      </w:r>
      <w:proofErr w:type="gramEnd"/>
      <w:r w:rsidRPr="00DF0AC3">
        <w:rPr>
          <w:rFonts w:ascii="Vazir" w:hAnsi="Vazir" w:cs="Vazir"/>
          <w:sz w:val="22"/>
          <w:szCs w:val="22"/>
        </w:rPr>
        <w:t>حداکثر 100 کلمه)</w:t>
      </w:r>
    </w:p>
    <w:p w14:paraId="7E8AD68A" w14:textId="7EAB6A66" w:rsidR="00366860" w:rsidRDefault="00000000" w:rsidP="00DF0AC3">
      <w:pPr>
        <w:bidi/>
        <w:jc w:val="both"/>
        <w:rPr>
          <w:rFonts w:ascii="Vazir" w:hAnsi="Vazir" w:cs="Vazir"/>
          <w:sz w:val="16"/>
          <w:szCs w:val="18"/>
          <w:rtl/>
        </w:rPr>
      </w:pPr>
      <w:r w:rsidRPr="00DF0AC3">
        <w:rPr>
          <w:rFonts w:ascii="Vazir" w:hAnsi="Vazir" w:cs="Vazir"/>
          <w:sz w:val="16"/>
          <w:szCs w:val="18"/>
        </w:rPr>
        <w:t xml:space="preserve">مهم‌ترین منفعت ایده برای استفاده‌کننده چیست (هزینه، زمان، دقت، کیفیت، ایمنی، دسترسی </w:t>
      </w:r>
      <w:proofErr w:type="spellStart"/>
      <w:r w:rsidRPr="00DF0AC3">
        <w:rPr>
          <w:rFonts w:ascii="Vazir" w:hAnsi="Vazir" w:cs="Vazir"/>
          <w:sz w:val="16"/>
          <w:szCs w:val="18"/>
        </w:rPr>
        <w:t>یا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مصرف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proofErr w:type="gramStart"/>
      <w:r w:rsidRPr="00DF0AC3">
        <w:rPr>
          <w:rFonts w:ascii="Vazir" w:hAnsi="Vazir" w:cs="Vazir"/>
          <w:sz w:val="16"/>
          <w:szCs w:val="18"/>
        </w:rPr>
        <w:t>انرژی</w:t>
      </w:r>
      <w:proofErr w:type="spellEnd"/>
      <w:r w:rsidRPr="00DF0AC3">
        <w:rPr>
          <w:rFonts w:ascii="Vazir" w:hAnsi="Vazir" w:cs="Vazir"/>
          <w:sz w:val="16"/>
          <w:szCs w:val="18"/>
        </w:rPr>
        <w:t>)؟</w:t>
      </w:r>
      <w:proofErr w:type="gram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با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چه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شاخص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قابل‌اندازه‌گیری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موفقیت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را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می‌سنجید</w:t>
      </w:r>
      <w:proofErr w:type="spellEnd"/>
      <w:r w:rsidRPr="00DF0AC3">
        <w:rPr>
          <w:rFonts w:ascii="Vazir" w:hAnsi="Vazir" w:cs="Vazir"/>
          <w:sz w:val="16"/>
          <w:szCs w:val="18"/>
        </w:rPr>
        <w:t>؟</w:t>
      </w:r>
    </w:p>
    <w:p w14:paraId="3D59682D" w14:textId="29FE6835" w:rsidR="00DF0AC3" w:rsidRDefault="00DF0AC3">
      <w:pPr>
        <w:spacing w:after="200" w:line="276" w:lineRule="auto"/>
        <w:rPr>
          <w:rFonts w:ascii="Vazir" w:hAnsi="Vazir" w:cs="Vazir"/>
          <w:sz w:val="16"/>
          <w:szCs w:val="18"/>
          <w:rtl/>
        </w:rPr>
      </w:pPr>
      <w:r>
        <w:rPr>
          <w:rFonts w:ascii="Vazir" w:hAnsi="Vazir" w:cs="Vazir"/>
          <w:sz w:val="16"/>
          <w:szCs w:val="18"/>
          <w:rtl/>
        </w:rPr>
        <w:br w:type="page"/>
      </w:r>
    </w:p>
    <w:p w14:paraId="2F5576C1" w14:textId="77777777" w:rsidR="00366860" w:rsidRPr="00DF0AC3" w:rsidRDefault="00000000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r w:rsidRPr="00DF0AC3">
        <w:rPr>
          <w:rFonts w:ascii="Vazir" w:hAnsi="Vazir" w:cs="Vazir"/>
          <w:sz w:val="22"/>
          <w:szCs w:val="22"/>
        </w:rPr>
        <w:lastRenderedPageBreak/>
        <w:t xml:space="preserve">ب | </w:t>
      </w:r>
      <w:proofErr w:type="spellStart"/>
      <w:r w:rsidRPr="00DF0AC3">
        <w:rPr>
          <w:rFonts w:ascii="Vazir" w:hAnsi="Vazir" w:cs="Vazir"/>
          <w:sz w:val="22"/>
          <w:szCs w:val="22"/>
        </w:rPr>
        <w:t>تمایز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، </w:t>
      </w:r>
      <w:proofErr w:type="spellStart"/>
      <w:r w:rsidRPr="00DF0AC3">
        <w:rPr>
          <w:rFonts w:ascii="Vazir" w:hAnsi="Vazir" w:cs="Vazir"/>
          <w:sz w:val="22"/>
          <w:szCs w:val="22"/>
        </w:rPr>
        <w:t>اعتبارسنجی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</w:t>
      </w:r>
      <w:proofErr w:type="spellStart"/>
      <w:r w:rsidRPr="00DF0AC3">
        <w:rPr>
          <w:rFonts w:ascii="Vazir" w:hAnsi="Vazir" w:cs="Vazir"/>
          <w:sz w:val="22"/>
          <w:szCs w:val="22"/>
        </w:rPr>
        <w:t>بازار</w:t>
      </w:r>
      <w:proofErr w:type="spellEnd"/>
    </w:p>
    <w:p w14:paraId="7CB98A79" w14:textId="4BC0223C" w:rsidR="00366860" w:rsidRPr="00DF0AC3" w:rsidRDefault="00000000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proofErr w:type="spellStart"/>
      <w:r w:rsidRPr="00DF0AC3">
        <w:rPr>
          <w:rFonts w:ascii="Vazir" w:hAnsi="Vazir" w:cs="Vazir"/>
          <w:sz w:val="22"/>
          <w:szCs w:val="22"/>
        </w:rPr>
        <w:t>نوآوری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</w:t>
      </w:r>
      <w:proofErr w:type="spellStart"/>
      <w:r w:rsidRPr="00DF0AC3">
        <w:rPr>
          <w:rFonts w:ascii="Vazir" w:hAnsi="Vazir" w:cs="Vazir"/>
          <w:sz w:val="22"/>
          <w:szCs w:val="22"/>
        </w:rPr>
        <w:t>وجه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proofErr w:type="gramStart"/>
      <w:r w:rsidRPr="00DF0AC3">
        <w:rPr>
          <w:rFonts w:ascii="Vazir" w:hAnsi="Vazir" w:cs="Vazir"/>
          <w:sz w:val="22"/>
          <w:szCs w:val="22"/>
        </w:rPr>
        <w:t>تمایز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 (</w:t>
      </w:r>
      <w:proofErr w:type="gramEnd"/>
      <w:r w:rsidRPr="00DF0AC3">
        <w:rPr>
          <w:rFonts w:ascii="Vazir" w:hAnsi="Vazir" w:cs="Vazir"/>
          <w:sz w:val="22"/>
          <w:szCs w:val="22"/>
        </w:rPr>
        <w:t>حداکثر 110 کلمه)</w:t>
      </w:r>
    </w:p>
    <w:p w14:paraId="3643221E" w14:textId="77777777" w:rsidR="00DF0AC3" w:rsidRPr="00DF0AC3" w:rsidRDefault="00DF0AC3" w:rsidP="00DF0AC3">
      <w:pPr>
        <w:bidi/>
        <w:jc w:val="both"/>
        <w:rPr>
          <w:rFonts w:ascii="Vazir" w:hAnsi="Vazir" w:cs="Vazir"/>
          <w:sz w:val="16"/>
          <w:szCs w:val="18"/>
          <w:lang w:val="en-CA"/>
        </w:rPr>
      </w:pPr>
      <w:r w:rsidRPr="00DF0AC3">
        <w:rPr>
          <w:rFonts w:ascii="Vazir" w:hAnsi="Vazir" w:cs="Vazir"/>
          <w:sz w:val="16"/>
          <w:szCs w:val="18"/>
          <w:rtl/>
        </w:rPr>
        <w:t>چرا روش پیشنهادی بهتر یا متفاوت است؟ ویژگی جدید یا مزیت قابل‌سنجش را بیان کنید. اگر ایده صرفاً ترکیب تازه‌ای از روش‌های شناخته‌شده است، صریحاً توضیح دهید</w:t>
      </w:r>
      <w:r w:rsidRPr="00DF0AC3">
        <w:rPr>
          <w:rFonts w:ascii="Vazir" w:hAnsi="Vazir" w:cs="Vazir"/>
          <w:sz w:val="16"/>
          <w:szCs w:val="18"/>
          <w:lang w:val="en-CA"/>
        </w:rPr>
        <w:t>.</w:t>
      </w:r>
    </w:p>
    <w:p w14:paraId="43739835" w14:textId="77777777" w:rsidR="00DF0AC3" w:rsidRPr="00DF0AC3" w:rsidRDefault="00DF0AC3" w:rsidP="00DF0AC3">
      <w:pPr>
        <w:bidi/>
        <w:jc w:val="both"/>
        <w:rPr>
          <w:rFonts w:ascii="Vazir" w:hAnsi="Vazir" w:cs="Vazir"/>
          <w:sz w:val="16"/>
          <w:szCs w:val="18"/>
          <w:lang w:val="en-CA"/>
        </w:rPr>
      </w:pPr>
    </w:p>
    <w:p w14:paraId="0C4BFF2C" w14:textId="5692DF6E" w:rsidR="00366860" w:rsidRPr="00DF0AC3" w:rsidRDefault="00000000" w:rsidP="00DF0AC3">
      <w:pPr>
        <w:bidi/>
        <w:jc w:val="both"/>
        <w:rPr>
          <w:rFonts w:ascii="Vazir" w:hAnsi="Vazir" w:cs="Vazir"/>
          <w:sz w:val="16"/>
          <w:szCs w:val="18"/>
        </w:rPr>
      </w:pPr>
      <w:proofErr w:type="spellStart"/>
      <w:r w:rsidRPr="00DF0AC3">
        <w:rPr>
          <w:rFonts w:ascii="Vazir" w:hAnsi="Vazir" w:cs="Vazir"/>
          <w:sz w:val="16"/>
          <w:szCs w:val="18"/>
        </w:rPr>
        <w:t>الف</w:t>
      </w:r>
      <w:proofErr w:type="spellEnd"/>
      <w:r w:rsidRPr="00DF0AC3">
        <w:rPr>
          <w:rFonts w:ascii="Vazir" w:hAnsi="Vazir" w:cs="Vazir"/>
          <w:sz w:val="16"/>
          <w:szCs w:val="18"/>
        </w:rPr>
        <w:t>. مقایسه ساده با راهکارهای موجود (نام محصول/روش مشابه و اطلاعات قابل‌دسترس کافی است)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8"/>
        <w:gridCol w:w="3278"/>
        <w:gridCol w:w="3278"/>
      </w:tblGrid>
      <w:tr w:rsidR="00366860" w:rsidRPr="00DF0AC3" w14:paraId="7A107866" w14:textId="77777777">
        <w:trPr>
          <w:jc w:val="center"/>
        </w:trPr>
        <w:tc>
          <w:tcPr>
            <w:tcW w:w="3278" w:type="dxa"/>
            <w:shd w:val="clear" w:color="auto" w:fill="DDEBEC"/>
            <w:vAlign w:val="center"/>
          </w:tcPr>
          <w:p w14:paraId="5A88FBF2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راهکار یا نمونه مشابه</w:t>
            </w:r>
          </w:p>
        </w:tc>
        <w:tc>
          <w:tcPr>
            <w:tcW w:w="3278" w:type="dxa"/>
            <w:shd w:val="clear" w:color="auto" w:fill="DDEBEC"/>
            <w:vAlign w:val="center"/>
          </w:tcPr>
          <w:p w14:paraId="54365F42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نقطه قوت آن</w:t>
            </w:r>
          </w:p>
        </w:tc>
        <w:tc>
          <w:tcPr>
            <w:tcW w:w="3278" w:type="dxa"/>
            <w:shd w:val="clear" w:color="auto" w:fill="DDEBEC"/>
            <w:vAlign w:val="center"/>
          </w:tcPr>
          <w:p w14:paraId="44F159D7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تفاوت / مزیت موردانتظار ایده شما</w:t>
            </w:r>
          </w:p>
        </w:tc>
      </w:tr>
      <w:tr w:rsidR="00366860" w:rsidRPr="00DF0AC3" w14:paraId="5F0E2722" w14:textId="77777777">
        <w:trPr>
          <w:jc w:val="center"/>
        </w:trPr>
        <w:tc>
          <w:tcPr>
            <w:tcW w:w="3278" w:type="dxa"/>
            <w:vAlign w:val="center"/>
          </w:tcPr>
          <w:p w14:paraId="64E7E573" w14:textId="5B926802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  <w:tc>
          <w:tcPr>
            <w:tcW w:w="3278" w:type="dxa"/>
            <w:vAlign w:val="center"/>
          </w:tcPr>
          <w:p w14:paraId="2F5A6B7C" w14:textId="7B1496A2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  <w:tc>
          <w:tcPr>
            <w:tcW w:w="3278" w:type="dxa"/>
            <w:vAlign w:val="center"/>
          </w:tcPr>
          <w:p w14:paraId="3ADA2D71" w14:textId="1AAD07E5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</w:tr>
      <w:tr w:rsidR="00366860" w:rsidRPr="00DF0AC3" w14:paraId="48FB99AB" w14:textId="77777777">
        <w:trPr>
          <w:jc w:val="center"/>
        </w:trPr>
        <w:tc>
          <w:tcPr>
            <w:tcW w:w="3278" w:type="dxa"/>
            <w:vAlign w:val="center"/>
          </w:tcPr>
          <w:p w14:paraId="3D003073" w14:textId="6E7EA4AA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  <w:tc>
          <w:tcPr>
            <w:tcW w:w="3278" w:type="dxa"/>
            <w:vAlign w:val="center"/>
          </w:tcPr>
          <w:p w14:paraId="4B4F713C" w14:textId="3E34110B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  <w:tc>
          <w:tcPr>
            <w:tcW w:w="3278" w:type="dxa"/>
            <w:vAlign w:val="center"/>
          </w:tcPr>
          <w:p w14:paraId="41B7F33F" w14:textId="5FE3B8C4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</w:tr>
    </w:tbl>
    <w:p w14:paraId="77431088" w14:textId="77777777" w:rsidR="00366860" w:rsidRPr="00DF0AC3" w:rsidRDefault="00366860" w:rsidP="0079046E">
      <w:pPr>
        <w:bidi/>
        <w:spacing w:after="0"/>
        <w:jc w:val="both"/>
        <w:rPr>
          <w:rFonts w:ascii="Vazir" w:hAnsi="Vazir" w:cs="Vazir"/>
          <w:sz w:val="16"/>
          <w:szCs w:val="18"/>
        </w:rPr>
      </w:pPr>
    </w:p>
    <w:p w14:paraId="62DE2252" w14:textId="0B800D84" w:rsidR="00366860" w:rsidRPr="00DF0AC3" w:rsidRDefault="00000000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proofErr w:type="spellStart"/>
      <w:r w:rsidRPr="00DF0AC3">
        <w:rPr>
          <w:rFonts w:ascii="Vazir" w:hAnsi="Vazir" w:cs="Vazir"/>
          <w:sz w:val="22"/>
          <w:szCs w:val="22"/>
        </w:rPr>
        <w:t>مشتری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، </w:t>
      </w:r>
      <w:proofErr w:type="spellStart"/>
      <w:r w:rsidRPr="00DF0AC3">
        <w:rPr>
          <w:rFonts w:ascii="Vazir" w:hAnsi="Vazir" w:cs="Vazir"/>
          <w:sz w:val="22"/>
          <w:szCs w:val="22"/>
        </w:rPr>
        <w:t>بهره‌بردار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</w:t>
      </w:r>
      <w:proofErr w:type="spellStart"/>
      <w:r w:rsidRPr="00DF0AC3">
        <w:rPr>
          <w:rFonts w:ascii="Vazir" w:hAnsi="Vazir" w:cs="Vazir"/>
          <w:sz w:val="22"/>
          <w:szCs w:val="22"/>
        </w:rPr>
        <w:t>مسیر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gramStart"/>
      <w:r w:rsidRPr="00DF0AC3">
        <w:rPr>
          <w:rFonts w:ascii="Vazir" w:hAnsi="Vazir" w:cs="Vazir"/>
          <w:sz w:val="22"/>
          <w:szCs w:val="22"/>
        </w:rPr>
        <w:t>استفاده  (</w:t>
      </w:r>
      <w:proofErr w:type="gramEnd"/>
      <w:r w:rsidRPr="00DF0AC3">
        <w:rPr>
          <w:rFonts w:ascii="Vazir" w:hAnsi="Vazir" w:cs="Vazir"/>
          <w:sz w:val="22"/>
          <w:szCs w:val="22"/>
        </w:rPr>
        <w:t>حداکثر 110 کلمه)</w:t>
      </w:r>
    </w:p>
    <w:p w14:paraId="7ED799CC" w14:textId="39E94BFE" w:rsidR="00DF0AC3" w:rsidRDefault="00000000" w:rsidP="00DF0AC3">
      <w:pPr>
        <w:bidi/>
        <w:jc w:val="both"/>
        <w:rPr>
          <w:rFonts w:ascii="Vazir" w:hAnsi="Vazir" w:cs="Vazir"/>
          <w:sz w:val="16"/>
          <w:szCs w:val="18"/>
          <w:rtl/>
        </w:rPr>
      </w:pPr>
      <w:r w:rsidRPr="00DF0AC3">
        <w:rPr>
          <w:rFonts w:ascii="Vazir" w:hAnsi="Vazir" w:cs="Vazir"/>
          <w:sz w:val="16"/>
          <w:szCs w:val="18"/>
        </w:rPr>
        <w:t xml:space="preserve">چه کسی از راهکار استفاده می‌کند و چه کسی احتمالاً برای آن هزینه می‌پردازد؟ کاربرد اولیه کجاست (آزمایشگاه، بیمارستان، کارخانه، خانوار و </w:t>
      </w:r>
      <w:proofErr w:type="gramStart"/>
      <w:r w:rsidRPr="00DF0AC3">
        <w:rPr>
          <w:rFonts w:ascii="Vazir" w:hAnsi="Vazir" w:cs="Vazir"/>
          <w:sz w:val="16"/>
          <w:szCs w:val="18"/>
        </w:rPr>
        <w:t>...)؟</w:t>
      </w:r>
      <w:proofErr w:type="gramEnd"/>
      <w:r w:rsidRPr="00DF0AC3">
        <w:rPr>
          <w:rFonts w:ascii="Vazir" w:hAnsi="Vazir" w:cs="Vazir"/>
          <w:sz w:val="16"/>
          <w:szCs w:val="18"/>
        </w:rPr>
        <w:t xml:space="preserve"> اولین </w:t>
      </w:r>
      <w:proofErr w:type="spellStart"/>
      <w:r w:rsidRPr="00DF0AC3">
        <w:rPr>
          <w:rFonts w:ascii="Vazir" w:hAnsi="Vazir" w:cs="Vazir"/>
          <w:sz w:val="16"/>
          <w:szCs w:val="18"/>
        </w:rPr>
        <w:t>گروهی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که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می‌تواند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ایده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را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آزمایش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کند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چه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کسانی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هستند</w:t>
      </w:r>
      <w:proofErr w:type="spellEnd"/>
      <w:r w:rsidRPr="00DF0AC3">
        <w:rPr>
          <w:rFonts w:ascii="Vazir" w:hAnsi="Vazir" w:cs="Vazir"/>
          <w:sz w:val="16"/>
          <w:szCs w:val="18"/>
        </w:rPr>
        <w:t>؟</w:t>
      </w:r>
    </w:p>
    <w:p w14:paraId="3566C8BE" w14:textId="77777777" w:rsidR="00DF0AC3" w:rsidRDefault="00DF0AC3" w:rsidP="00DF0AC3">
      <w:pPr>
        <w:bidi/>
        <w:jc w:val="both"/>
        <w:rPr>
          <w:rFonts w:ascii="Vazir" w:hAnsi="Vazir" w:cs="Vazir"/>
          <w:sz w:val="16"/>
          <w:szCs w:val="18"/>
          <w:rtl/>
        </w:rPr>
      </w:pPr>
    </w:p>
    <w:p w14:paraId="20845B4F" w14:textId="77777777" w:rsidR="00DF0AC3" w:rsidRPr="00DF0AC3" w:rsidRDefault="00DF0AC3" w:rsidP="00DF0AC3">
      <w:pPr>
        <w:bidi/>
        <w:jc w:val="both"/>
        <w:rPr>
          <w:rFonts w:ascii="Vazir" w:hAnsi="Vazir" w:cs="Vazir"/>
          <w:color w:val="58636D"/>
          <w:sz w:val="16"/>
          <w:szCs w:val="18"/>
        </w:rPr>
      </w:pPr>
    </w:p>
    <w:p w14:paraId="5C509452" w14:textId="415020A5" w:rsidR="00366860" w:rsidRPr="00DF0AC3" w:rsidRDefault="00366860" w:rsidP="0079046E">
      <w:pPr>
        <w:bidi/>
        <w:jc w:val="both"/>
        <w:rPr>
          <w:rFonts w:ascii="Vazir" w:hAnsi="Vazir" w:cs="Vazir"/>
          <w:sz w:val="16"/>
          <w:szCs w:val="18"/>
        </w:rPr>
      </w:pPr>
    </w:p>
    <w:p w14:paraId="1A5703BB" w14:textId="3A012A31" w:rsidR="00366860" w:rsidRPr="00DF0AC3" w:rsidRDefault="00000000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proofErr w:type="spellStart"/>
      <w:r w:rsidRPr="00DF0AC3">
        <w:rPr>
          <w:rFonts w:ascii="Vazir" w:hAnsi="Vazir" w:cs="Vazir"/>
          <w:sz w:val="22"/>
          <w:szCs w:val="22"/>
        </w:rPr>
        <w:t>شواهد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موجود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</w:t>
      </w:r>
      <w:proofErr w:type="spellStart"/>
      <w:r w:rsidRPr="00DF0AC3">
        <w:rPr>
          <w:rFonts w:ascii="Vazir" w:hAnsi="Vazir" w:cs="Vazir"/>
          <w:sz w:val="22"/>
          <w:szCs w:val="22"/>
        </w:rPr>
        <w:t>آزمون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gramStart"/>
      <w:r w:rsidRPr="00DF0AC3">
        <w:rPr>
          <w:rFonts w:ascii="Vazir" w:hAnsi="Vazir" w:cs="Vazir"/>
          <w:sz w:val="22"/>
          <w:szCs w:val="22"/>
        </w:rPr>
        <w:t>بعدی  (</w:t>
      </w:r>
      <w:proofErr w:type="gramEnd"/>
      <w:r w:rsidRPr="00DF0AC3">
        <w:rPr>
          <w:rFonts w:ascii="Vazir" w:hAnsi="Vazir" w:cs="Vazir"/>
          <w:sz w:val="22"/>
          <w:szCs w:val="22"/>
        </w:rPr>
        <w:t>حداکثر 120 کلمه)</w:t>
      </w:r>
    </w:p>
    <w:p w14:paraId="6C6503E3" w14:textId="77777777" w:rsidR="00DF0AC3" w:rsidRDefault="00DF0AC3" w:rsidP="0079046E">
      <w:pPr>
        <w:bidi/>
        <w:jc w:val="both"/>
        <w:rPr>
          <w:rFonts w:ascii="Vazir" w:hAnsi="Vazir" w:cs="Vazir"/>
          <w:sz w:val="16"/>
          <w:szCs w:val="18"/>
          <w:rtl/>
        </w:rPr>
      </w:pPr>
      <w:r w:rsidRPr="00DF0AC3">
        <w:rPr>
          <w:rFonts w:ascii="Vazir" w:hAnsi="Vazir" w:cs="Vazir"/>
          <w:sz w:val="16"/>
          <w:szCs w:val="18"/>
          <w:rtl/>
        </w:rPr>
        <w:t>تا امروز چه کاری انجام داده‌اید (مطالعه، مصاحبه، محاسبه، شبیه‌سازی، آزمایش)؟ برای بررسی درست بودن مهم‌ترین فرضیه ایده، یک آزمایش ساده و نتیجه موردانتظار را بنویسید.</w:t>
      </w:r>
    </w:p>
    <w:p w14:paraId="095205C9" w14:textId="170A915B" w:rsidR="00366860" w:rsidRDefault="00366860" w:rsidP="0079046E">
      <w:pPr>
        <w:bidi/>
        <w:jc w:val="both"/>
        <w:rPr>
          <w:rFonts w:ascii="Vazir" w:hAnsi="Vazir" w:cs="Vazir"/>
          <w:color w:val="58636D"/>
          <w:sz w:val="16"/>
          <w:szCs w:val="18"/>
          <w:rtl/>
        </w:rPr>
      </w:pPr>
    </w:p>
    <w:p w14:paraId="7347A87A" w14:textId="77777777" w:rsidR="00DF0AC3" w:rsidRDefault="00DF0AC3" w:rsidP="00DF0AC3">
      <w:pPr>
        <w:bidi/>
        <w:jc w:val="both"/>
        <w:rPr>
          <w:rFonts w:ascii="Vazir" w:hAnsi="Vazir" w:cs="Vazir"/>
          <w:color w:val="58636D"/>
          <w:sz w:val="16"/>
          <w:szCs w:val="18"/>
          <w:rtl/>
        </w:rPr>
      </w:pPr>
    </w:p>
    <w:p w14:paraId="5B4B2414" w14:textId="77777777" w:rsidR="00DF0AC3" w:rsidRPr="00DF0AC3" w:rsidRDefault="00DF0AC3" w:rsidP="00DF0AC3">
      <w:pPr>
        <w:bidi/>
        <w:jc w:val="both"/>
        <w:rPr>
          <w:rFonts w:ascii="Vazir" w:hAnsi="Vazir" w:cs="Vazir"/>
          <w:sz w:val="16"/>
          <w:szCs w:val="18"/>
        </w:rPr>
      </w:pPr>
    </w:p>
    <w:p w14:paraId="2AB4AB84" w14:textId="77777777" w:rsidR="00366860" w:rsidRPr="00DF0AC3" w:rsidRDefault="00000000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r w:rsidRPr="00DF0AC3">
        <w:rPr>
          <w:rFonts w:ascii="Vazir" w:hAnsi="Vazir" w:cs="Vazir"/>
          <w:sz w:val="22"/>
          <w:szCs w:val="22"/>
        </w:rPr>
        <w:t>ج | امکان‌سنجی فنی و ملاحظات</w:t>
      </w:r>
    </w:p>
    <w:p w14:paraId="7024A2F8" w14:textId="77777777" w:rsidR="00366860" w:rsidRPr="00DF0AC3" w:rsidRDefault="00000000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r w:rsidRPr="00DF0AC3">
        <w:rPr>
          <w:rFonts w:ascii="Vazir" w:hAnsi="Vazir" w:cs="Vazir"/>
          <w:sz w:val="22"/>
          <w:szCs w:val="22"/>
        </w:rPr>
        <w:t>۷ | ساخت‌پذیری، ریسک و الزامات  (حداکثر 130 کلمه)</w:t>
      </w:r>
    </w:p>
    <w:p w14:paraId="56D31E5C" w14:textId="77777777" w:rsidR="00DF0AC3" w:rsidRDefault="00DF0AC3" w:rsidP="0079046E">
      <w:pPr>
        <w:bidi/>
        <w:jc w:val="both"/>
        <w:rPr>
          <w:rFonts w:ascii="Vazir" w:hAnsi="Vazir" w:cs="Vazir"/>
          <w:sz w:val="16"/>
          <w:szCs w:val="18"/>
          <w:rtl/>
        </w:rPr>
      </w:pPr>
      <w:r w:rsidRPr="00DF0AC3">
        <w:rPr>
          <w:rFonts w:ascii="Vazir" w:hAnsi="Vazir" w:cs="Vazir"/>
          <w:sz w:val="16"/>
          <w:szCs w:val="18"/>
          <w:rtl/>
        </w:rPr>
        <w:t>به چه دانش فنی، نرم‌افزار، قطعات یا تجهیزات نیاز دارید؟ دشوارترین مانع فنی یا هزینه‌ای چیست و چگونه آن را کاهش می‌دهید؟ در صورت ارتباط، ملاحظات ایمنی، استانداردها و مجوزهای پزشکی یا صنعتی را توضیح دهید.</w:t>
      </w:r>
    </w:p>
    <w:p w14:paraId="32F5802D" w14:textId="77777777" w:rsidR="00366860" w:rsidRPr="00DF0AC3" w:rsidRDefault="00000000" w:rsidP="0079046E">
      <w:pPr>
        <w:bidi/>
        <w:jc w:val="both"/>
        <w:rPr>
          <w:rFonts w:ascii="Vazir" w:hAnsi="Vazir" w:cs="Vazir"/>
          <w:sz w:val="16"/>
          <w:szCs w:val="18"/>
        </w:rPr>
      </w:pPr>
      <w:r w:rsidRPr="00DF0AC3">
        <w:rPr>
          <w:rFonts w:ascii="Vazir" w:hAnsi="Vazir" w:cs="Vazir"/>
          <w:sz w:val="16"/>
          <w:szCs w:val="18"/>
        </w:rPr>
        <w:br w:type="page"/>
      </w:r>
    </w:p>
    <w:p w14:paraId="0F430E99" w14:textId="77777777" w:rsidR="00366860" w:rsidRPr="00DF0AC3" w:rsidRDefault="00000000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r w:rsidRPr="00DF0AC3">
        <w:rPr>
          <w:rFonts w:ascii="Vazir" w:hAnsi="Vazir" w:cs="Vazir"/>
          <w:sz w:val="22"/>
          <w:szCs w:val="22"/>
        </w:rPr>
        <w:lastRenderedPageBreak/>
        <w:t>د | منابع، برنامه رشد و درخواست حمایت</w:t>
      </w:r>
    </w:p>
    <w:p w14:paraId="1A93CBAA" w14:textId="06547B97" w:rsidR="00366860" w:rsidRPr="00DF0AC3" w:rsidRDefault="00000000" w:rsidP="0079046E">
      <w:pPr>
        <w:bidi/>
        <w:jc w:val="both"/>
        <w:rPr>
          <w:rFonts w:ascii="Vazir" w:hAnsi="Vazir" w:cs="Vazir"/>
          <w:sz w:val="16"/>
          <w:szCs w:val="18"/>
        </w:rPr>
      </w:pPr>
      <w:proofErr w:type="spellStart"/>
      <w:r w:rsidRPr="00DF0AC3">
        <w:rPr>
          <w:rFonts w:ascii="Vazir" w:hAnsi="Vazir" w:cs="Vazir"/>
          <w:sz w:val="16"/>
          <w:szCs w:val="18"/>
        </w:rPr>
        <w:t>منابع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لازم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و </w:t>
      </w:r>
      <w:proofErr w:type="spellStart"/>
      <w:r w:rsidRPr="00DF0AC3">
        <w:rPr>
          <w:rFonts w:ascii="Vazir" w:hAnsi="Vazir" w:cs="Vazir"/>
          <w:sz w:val="16"/>
          <w:szCs w:val="18"/>
        </w:rPr>
        <w:t>برآورد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هزینه (تخمینی؛ درج اعداد دقیق الزامی نیست)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8"/>
        <w:gridCol w:w="3278"/>
        <w:gridCol w:w="3278"/>
      </w:tblGrid>
      <w:tr w:rsidR="00366860" w:rsidRPr="00DF0AC3" w14:paraId="31BB256B" w14:textId="77777777">
        <w:trPr>
          <w:jc w:val="center"/>
        </w:trPr>
        <w:tc>
          <w:tcPr>
            <w:tcW w:w="3278" w:type="dxa"/>
            <w:shd w:val="clear" w:color="auto" w:fill="DDEBEC"/>
            <w:vAlign w:val="center"/>
          </w:tcPr>
          <w:p w14:paraId="32F9088F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منبع یا فعالیت</w:t>
            </w:r>
          </w:p>
        </w:tc>
        <w:tc>
          <w:tcPr>
            <w:tcW w:w="3278" w:type="dxa"/>
            <w:shd w:val="clear" w:color="auto" w:fill="DDEBEC"/>
            <w:vAlign w:val="center"/>
          </w:tcPr>
          <w:p w14:paraId="16CA1A96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چه چیزی / چه مقدار؟</w:t>
            </w:r>
          </w:p>
        </w:tc>
        <w:tc>
          <w:tcPr>
            <w:tcW w:w="3278" w:type="dxa"/>
            <w:shd w:val="clear" w:color="auto" w:fill="DDEBEC"/>
            <w:vAlign w:val="center"/>
          </w:tcPr>
          <w:p w14:paraId="626AAEA7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هزینه تقریبی (تومان) یا «نامشخص»</w:t>
            </w:r>
          </w:p>
        </w:tc>
      </w:tr>
      <w:tr w:rsidR="00366860" w:rsidRPr="00DF0AC3" w14:paraId="68676742" w14:textId="77777777">
        <w:trPr>
          <w:jc w:val="center"/>
        </w:trPr>
        <w:tc>
          <w:tcPr>
            <w:tcW w:w="3278" w:type="dxa"/>
            <w:vAlign w:val="center"/>
          </w:tcPr>
          <w:p w14:paraId="73975129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تجهیزات، قطعات و ساخت</w:t>
            </w:r>
          </w:p>
        </w:tc>
        <w:tc>
          <w:tcPr>
            <w:tcW w:w="3278" w:type="dxa"/>
            <w:vAlign w:val="center"/>
          </w:tcPr>
          <w:p w14:paraId="0F118330" w14:textId="25206502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  <w:tc>
          <w:tcPr>
            <w:tcW w:w="3278" w:type="dxa"/>
            <w:vAlign w:val="center"/>
          </w:tcPr>
          <w:p w14:paraId="2DE2947E" w14:textId="1E7FBA72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</w:tr>
      <w:tr w:rsidR="00366860" w:rsidRPr="00DF0AC3" w14:paraId="111A3DF4" w14:textId="77777777">
        <w:trPr>
          <w:jc w:val="center"/>
        </w:trPr>
        <w:tc>
          <w:tcPr>
            <w:tcW w:w="3278" w:type="dxa"/>
            <w:vAlign w:val="center"/>
          </w:tcPr>
          <w:p w14:paraId="61F145BC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نرم‌افزار، آزمایش و خدمات</w:t>
            </w:r>
          </w:p>
        </w:tc>
        <w:tc>
          <w:tcPr>
            <w:tcW w:w="3278" w:type="dxa"/>
            <w:vAlign w:val="center"/>
          </w:tcPr>
          <w:p w14:paraId="000D39AF" w14:textId="4A941521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  <w:tc>
          <w:tcPr>
            <w:tcW w:w="3278" w:type="dxa"/>
            <w:vAlign w:val="center"/>
          </w:tcPr>
          <w:p w14:paraId="166A8FC5" w14:textId="66CFBD0A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</w:tr>
      <w:tr w:rsidR="00366860" w:rsidRPr="00DF0AC3" w14:paraId="568722DB" w14:textId="77777777">
        <w:trPr>
          <w:jc w:val="center"/>
        </w:trPr>
        <w:tc>
          <w:tcPr>
            <w:tcW w:w="3278" w:type="dxa"/>
            <w:vAlign w:val="center"/>
          </w:tcPr>
          <w:p w14:paraId="36C7826A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مشاوره، دسترسی به فضا و سایر</w:t>
            </w:r>
          </w:p>
        </w:tc>
        <w:tc>
          <w:tcPr>
            <w:tcW w:w="3278" w:type="dxa"/>
            <w:vAlign w:val="center"/>
          </w:tcPr>
          <w:p w14:paraId="1EE2FCD0" w14:textId="21A1D1A8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  <w:tc>
          <w:tcPr>
            <w:tcW w:w="3278" w:type="dxa"/>
            <w:vAlign w:val="center"/>
          </w:tcPr>
          <w:p w14:paraId="050972D6" w14:textId="2DFB6D6E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</w:tr>
    </w:tbl>
    <w:p w14:paraId="1950FE5B" w14:textId="77777777" w:rsidR="00366860" w:rsidRPr="00DF0AC3" w:rsidRDefault="00366860" w:rsidP="0079046E">
      <w:pPr>
        <w:bidi/>
        <w:spacing w:after="0"/>
        <w:jc w:val="both"/>
        <w:rPr>
          <w:rFonts w:ascii="Vazir" w:hAnsi="Vazir" w:cs="Vazir"/>
          <w:sz w:val="16"/>
          <w:szCs w:val="18"/>
        </w:rPr>
      </w:pPr>
    </w:p>
    <w:p w14:paraId="533AB7E2" w14:textId="721606A0" w:rsidR="00366860" w:rsidRPr="00DF0AC3" w:rsidRDefault="00000000" w:rsidP="0079046E">
      <w:pPr>
        <w:bidi/>
        <w:jc w:val="both"/>
        <w:rPr>
          <w:rFonts w:ascii="Vazir" w:hAnsi="Vazir" w:cs="Vazir"/>
          <w:sz w:val="16"/>
          <w:szCs w:val="18"/>
        </w:rPr>
      </w:pPr>
      <w:proofErr w:type="spellStart"/>
      <w:r w:rsidRPr="00DF0AC3">
        <w:rPr>
          <w:rFonts w:ascii="Vazir" w:hAnsi="Vazir" w:cs="Vazir"/>
          <w:sz w:val="16"/>
          <w:szCs w:val="18"/>
        </w:rPr>
        <w:t>برنامه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عملیاتی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۳۰ </w:t>
      </w:r>
      <w:proofErr w:type="spellStart"/>
      <w:r w:rsidRPr="00DF0AC3">
        <w:rPr>
          <w:rFonts w:ascii="Vazir" w:hAnsi="Vazir" w:cs="Vazir"/>
          <w:sz w:val="16"/>
          <w:szCs w:val="18"/>
        </w:rPr>
        <w:t>تا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۹۰ روز آینده (سه خروجی قابل مشاهده)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8"/>
        <w:gridCol w:w="3278"/>
        <w:gridCol w:w="3278"/>
      </w:tblGrid>
      <w:tr w:rsidR="00366860" w:rsidRPr="00DF0AC3" w14:paraId="491C4B3B" w14:textId="77777777">
        <w:trPr>
          <w:jc w:val="center"/>
        </w:trPr>
        <w:tc>
          <w:tcPr>
            <w:tcW w:w="3278" w:type="dxa"/>
            <w:shd w:val="clear" w:color="auto" w:fill="DDEBEC"/>
            <w:vAlign w:val="center"/>
          </w:tcPr>
          <w:p w14:paraId="0EAD363E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بازه</w:t>
            </w:r>
          </w:p>
        </w:tc>
        <w:tc>
          <w:tcPr>
            <w:tcW w:w="3278" w:type="dxa"/>
            <w:shd w:val="clear" w:color="auto" w:fill="DDEBEC"/>
            <w:vAlign w:val="center"/>
          </w:tcPr>
          <w:p w14:paraId="26069389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مهم‌ترین فعالیت</w:t>
            </w:r>
          </w:p>
        </w:tc>
        <w:tc>
          <w:tcPr>
            <w:tcW w:w="3278" w:type="dxa"/>
            <w:shd w:val="clear" w:color="auto" w:fill="DDEBEC"/>
            <w:vAlign w:val="center"/>
          </w:tcPr>
          <w:p w14:paraId="6556AC49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خروجی قابل تحویل و معیار موفقیت</w:t>
            </w:r>
          </w:p>
        </w:tc>
      </w:tr>
      <w:tr w:rsidR="00366860" w:rsidRPr="00DF0AC3" w14:paraId="790F72CA" w14:textId="77777777">
        <w:trPr>
          <w:jc w:val="center"/>
        </w:trPr>
        <w:tc>
          <w:tcPr>
            <w:tcW w:w="3278" w:type="dxa"/>
            <w:vAlign w:val="center"/>
          </w:tcPr>
          <w:p w14:paraId="5D7EE0B0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روز ۱ تا ۳۰</w:t>
            </w:r>
          </w:p>
        </w:tc>
        <w:tc>
          <w:tcPr>
            <w:tcW w:w="3278" w:type="dxa"/>
            <w:vAlign w:val="center"/>
          </w:tcPr>
          <w:p w14:paraId="677E9A00" w14:textId="1642EBB3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  <w:tc>
          <w:tcPr>
            <w:tcW w:w="3278" w:type="dxa"/>
            <w:vAlign w:val="center"/>
          </w:tcPr>
          <w:p w14:paraId="7EE6D893" w14:textId="7A5E7F34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</w:tr>
      <w:tr w:rsidR="00366860" w:rsidRPr="00DF0AC3" w14:paraId="7C096708" w14:textId="77777777">
        <w:trPr>
          <w:jc w:val="center"/>
        </w:trPr>
        <w:tc>
          <w:tcPr>
            <w:tcW w:w="3278" w:type="dxa"/>
            <w:vAlign w:val="center"/>
          </w:tcPr>
          <w:p w14:paraId="60B3A518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روز ۳۱ تا ۶۰</w:t>
            </w:r>
          </w:p>
        </w:tc>
        <w:tc>
          <w:tcPr>
            <w:tcW w:w="3278" w:type="dxa"/>
            <w:vAlign w:val="center"/>
          </w:tcPr>
          <w:p w14:paraId="66D17158" w14:textId="0D46D917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  <w:tc>
          <w:tcPr>
            <w:tcW w:w="3278" w:type="dxa"/>
            <w:vAlign w:val="center"/>
          </w:tcPr>
          <w:p w14:paraId="0BF61ED4" w14:textId="2058E49B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</w:tr>
      <w:tr w:rsidR="00366860" w:rsidRPr="00DF0AC3" w14:paraId="7B5F0DA1" w14:textId="77777777">
        <w:trPr>
          <w:jc w:val="center"/>
        </w:trPr>
        <w:tc>
          <w:tcPr>
            <w:tcW w:w="3278" w:type="dxa"/>
            <w:vAlign w:val="center"/>
          </w:tcPr>
          <w:p w14:paraId="0FC28AB5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روز ۶۱ تا ۹۰</w:t>
            </w:r>
          </w:p>
        </w:tc>
        <w:tc>
          <w:tcPr>
            <w:tcW w:w="3278" w:type="dxa"/>
            <w:vAlign w:val="center"/>
          </w:tcPr>
          <w:p w14:paraId="354FEB57" w14:textId="78F5BCAF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  <w:tc>
          <w:tcPr>
            <w:tcW w:w="3278" w:type="dxa"/>
            <w:vAlign w:val="center"/>
          </w:tcPr>
          <w:p w14:paraId="56043B2D" w14:textId="72030578" w:rsidR="00366860" w:rsidRPr="00DF0AC3" w:rsidRDefault="0036686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</w:p>
        </w:tc>
      </w:tr>
    </w:tbl>
    <w:p w14:paraId="089AC2FE" w14:textId="77777777" w:rsidR="00366860" w:rsidRPr="00DF0AC3" w:rsidRDefault="00366860" w:rsidP="0079046E">
      <w:pPr>
        <w:bidi/>
        <w:spacing w:after="0"/>
        <w:jc w:val="both"/>
        <w:rPr>
          <w:rFonts w:ascii="Vazir" w:hAnsi="Vazir" w:cs="Vazir"/>
          <w:sz w:val="16"/>
          <w:szCs w:val="18"/>
        </w:rPr>
      </w:pPr>
    </w:p>
    <w:p w14:paraId="34373429" w14:textId="52091FDC" w:rsidR="00366860" w:rsidRPr="00DF0AC3" w:rsidRDefault="00000000" w:rsidP="0079046E">
      <w:pPr>
        <w:bidi/>
        <w:jc w:val="both"/>
        <w:rPr>
          <w:rFonts w:ascii="Vazir" w:hAnsi="Vazir" w:cs="Vazir"/>
          <w:sz w:val="16"/>
          <w:szCs w:val="18"/>
        </w:rPr>
      </w:pPr>
      <w:proofErr w:type="spellStart"/>
      <w:r w:rsidRPr="00DF0AC3">
        <w:rPr>
          <w:rFonts w:ascii="Vazir" w:hAnsi="Vazir" w:cs="Vazir"/>
          <w:sz w:val="16"/>
          <w:szCs w:val="18"/>
        </w:rPr>
        <w:t>حمایت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درخواستی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(</w:t>
      </w:r>
      <w:proofErr w:type="spellStart"/>
      <w:r w:rsidRPr="00DF0AC3">
        <w:rPr>
          <w:rFonts w:ascii="Vazir" w:hAnsi="Vazir" w:cs="Vazir"/>
          <w:sz w:val="16"/>
          <w:szCs w:val="18"/>
        </w:rPr>
        <w:t>موارد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موردنیاز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را انتخاب و اولویت‌گذاری کنید)</w:t>
      </w:r>
    </w:p>
    <w:p w14:paraId="44D8D0FA" w14:textId="0F683CED" w:rsidR="00366860" w:rsidRPr="00DF0AC3" w:rsidRDefault="00000000" w:rsidP="0079046E">
      <w:pPr>
        <w:bidi/>
        <w:jc w:val="both"/>
        <w:rPr>
          <w:rFonts w:ascii="Vazir" w:hAnsi="Vazir" w:cs="Vazir"/>
          <w:sz w:val="16"/>
          <w:szCs w:val="18"/>
        </w:rPr>
      </w:pPr>
      <w:r w:rsidRPr="00DF0AC3">
        <w:rPr>
          <w:rFonts w:ascii="Arial" w:hAnsi="Arial" w:cs="Arial"/>
          <w:sz w:val="16"/>
          <w:szCs w:val="18"/>
        </w:rPr>
        <w:t>□</w:t>
      </w:r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فضای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کار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/ </w:t>
      </w:r>
      <w:proofErr w:type="spellStart"/>
      <w:r w:rsidRPr="00DF0AC3">
        <w:rPr>
          <w:rFonts w:ascii="Vazir" w:hAnsi="Vazir" w:cs="Vazir"/>
          <w:sz w:val="16"/>
          <w:szCs w:val="18"/>
        </w:rPr>
        <w:t>نوانیک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    </w:t>
      </w:r>
      <w:r w:rsidRPr="00DF0AC3">
        <w:rPr>
          <w:rFonts w:ascii="Arial" w:hAnsi="Arial" w:cs="Arial"/>
          <w:sz w:val="16"/>
          <w:szCs w:val="18"/>
        </w:rPr>
        <w:t>□</w:t>
      </w:r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تجهیزات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و </w:t>
      </w:r>
      <w:proofErr w:type="spellStart"/>
      <w:r w:rsidRPr="00DF0AC3">
        <w:rPr>
          <w:rFonts w:ascii="Vazir" w:hAnsi="Vazir" w:cs="Vazir"/>
          <w:sz w:val="16"/>
          <w:szCs w:val="18"/>
        </w:rPr>
        <w:t>آزمایشگاه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     </w:t>
      </w:r>
      <w:r w:rsidRPr="00DF0AC3">
        <w:rPr>
          <w:rFonts w:ascii="Arial" w:hAnsi="Arial" w:cs="Arial"/>
          <w:sz w:val="16"/>
          <w:szCs w:val="18"/>
        </w:rPr>
        <w:t>□</w:t>
      </w:r>
      <w:r w:rsidRPr="00DF0AC3">
        <w:rPr>
          <w:rFonts w:ascii="Vazir" w:hAnsi="Vazir" w:cs="Vazir"/>
          <w:sz w:val="16"/>
          <w:szCs w:val="18"/>
        </w:rPr>
        <w:t xml:space="preserve"> مشاور علمی / منتور فنی</w:t>
      </w:r>
    </w:p>
    <w:p w14:paraId="4CD5D69E" w14:textId="77777777" w:rsidR="00366860" w:rsidRPr="00DF0AC3" w:rsidRDefault="00000000" w:rsidP="0079046E">
      <w:pPr>
        <w:bidi/>
        <w:jc w:val="both"/>
        <w:rPr>
          <w:rFonts w:ascii="Vazir" w:hAnsi="Vazir" w:cs="Vazir"/>
          <w:sz w:val="16"/>
          <w:szCs w:val="18"/>
        </w:rPr>
      </w:pPr>
      <w:r w:rsidRPr="00DF0AC3">
        <w:rPr>
          <w:rFonts w:ascii="Arial" w:hAnsi="Arial" w:cs="Arial"/>
          <w:sz w:val="16"/>
          <w:szCs w:val="18"/>
        </w:rPr>
        <w:t>□</w:t>
      </w:r>
      <w:r w:rsidRPr="00DF0AC3">
        <w:rPr>
          <w:rFonts w:ascii="Vazir" w:hAnsi="Vazir" w:cs="Vazir"/>
          <w:sz w:val="16"/>
          <w:szCs w:val="18"/>
        </w:rPr>
        <w:t xml:space="preserve"> ارتباط با پارک علم و فناوری      </w:t>
      </w:r>
      <w:r w:rsidRPr="00DF0AC3">
        <w:rPr>
          <w:rFonts w:ascii="Arial" w:hAnsi="Arial" w:cs="Arial"/>
          <w:sz w:val="16"/>
          <w:szCs w:val="18"/>
        </w:rPr>
        <w:t>□</w:t>
      </w:r>
      <w:r w:rsidRPr="00DF0AC3">
        <w:rPr>
          <w:rFonts w:ascii="Vazir" w:hAnsi="Vazir" w:cs="Vazir"/>
          <w:sz w:val="16"/>
          <w:szCs w:val="18"/>
        </w:rPr>
        <w:t xml:space="preserve"> معرفی به صنعت یا سرمایه‌گذار      </w:t>
      </w:r>
      <w:r w:rsidRPr="00DF0AC3">
        <w:rPr>
          <w:rFonts w:ascii="Arial" w:hAnsi="Arial" w:cs="Arial"/>
          <w:sz w:val="16"/>
          <w:szCs w:val="18"/>
        </w:rPr>
        <w:t>□</w:t>
      </w:r>
      <w:r w:rsidRPr="00DF0AC3">
        <w:rPr>
          <w:rFonts w:ascii="Vazir" w:hAnsi="Vazir" w:cs="Vazir"/>
          <w:sz w:val="16"/>
          <w:szCs w:val="18"/>
        </w:rPr>
        <w:t xml:space="preserve"> کمک ساخت نمونه</w:t>
      </w:r>
    </w:p>
    <w:p w14:paraId="42975665" w14:textId="2CF6121C" w:rsidR="00366860" w:rsidRPr="00DF0AC3" w:rsidRDefault="00000000" w:rsidP="0079046E">
      <w:pPr>
        <w:bidi/>
        <w:jc w:val="both"/>
        <w:rPr>
          <w:rFonts w:ascii="Vazir" w:hAnsi="Vazir" w:cs="Vazir"/>
          <w:sz w:val="16"/>
          <w:szCs w:val="18"/>
        </w:rPr>
      </w:pPr>
      <w:r w:rsidRPr="00DF0AC3">
        <w:rPr>
          <w:rFonts w:ascii="Arial" w:hAnsi="Arial" w:cs="Arial"/>
          <w:sz w:val="16"/>
          <w:szCs w:val="18"/>
        </w:rPr>
        <w:t>□</w:t>
      </w:r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مشاوره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مالکیت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فکری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/ </w:t>
      </w:r>
      <w:proofErr w:type="spellStart"/>
      <w:r w:rsidRPr="00DF0AC3">
        <w:rPr>
          <w:rFonts w:ascii="Vazir" w:hAnsi="Vazir" w:cs="Vazir"/>
          <w:sz w:val="16"/>
          <w:szCs w:val="18"/>
        </w:rPr>
        <w:t>مجوزها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     </w:t>
      </w:r>
      <w:r w:rsidRPr="00DF0AC3">
        <w:rPr>
          <w:rFonts w:ascii="Arial" w:hAnsi="Arial" w:cs="Arial"/>
          <w:sz w:val="16"/>
          <w:szCs w:val="18"/>
        </w:rPr>
        <w:t>□</w:t>
      </w:r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سایر</w:t>
      </w:r>
      <w:proofErr w:type="spellEnd"/>
    </w:p>
    <w:p w14:paraId="42DA4937" w14:textId="772196FB" w:rsidR="00366860" w:rsidRPr="00DF0AC3" w:rsidRDefault="00000000" w:rsidP="0079046E">
      <w:pPr>
        <w:bidi/>
        <w:jc w:val="both"/>
        <w:rPr>
          <w:rFonts w:ascii="Vazir" w:hAnsi="Vazir" w:cs="Vazir"/>
          <w:sz w:val="16"/>
          <w:szCs w:val="18"/>
        </w:rPr>
      </w:pPr>
      <w:proofErr w:type="spellStart"/>
      <w:r w:rsidRPr="00DF0AC3">
        <w:rPr>
          <w:rFonts w:ascii="Vazir" w:hAnsi="Vazir" w:cs="Vazir"/>
          <w:sz w:val="16"/>
          <w:szCs w:val="18"/>
        </w:rPr>
        <w:t>اولویت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اول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و </w:t>
      </w:r>
      <w:proofErr w:type="spellStart"/>
      <w:r w:rsidRPr="00DF0AC3">
        <w:rPr>
          <w:rFonts w:ascii="Vazir" w:hAnsi="Vazir" w:cs="Vazir"/>
          <w:sz w:val="16"/>
          <w:szCs w:val="18"/>
        </w:rPr>
        <w:t>دلیل</w:t>
      </w:r>
      <w:proofErr w:type="spellEnd"/>
      <w:r w:rsidRPr="00DF0AC3">
        <w:rPr>
          <w:rFonts w:ascii="Vazir" w:hAnsi="Vazir" w:cs="Vazir"/>
          <w:sz w:val="16"/>
          <w:szCs w:val="18"/>
        </w:rPr>
        <w:t xml:space="preserve"> </w:t>
      </w:r>
      <w:proofErr w:type="spellStart"/>
      <w:r w:rsidRPr="00DF0AC3">
        <w:rPr>
          <w:rFonts w:ascii="Vazir" w:hAnsi="Vazir" w:cs="Vazir"/>
          <w:sz w:val="16"/>
          <w:szCs w:val="18"/>
        </w:rPr>
        <w:t>نیاز</w:t>
      </w:r>
      <w:proofErr w:type="spellEnd"/>
    </w:p>
    <w:p w14:paraId="4B37ABBB" w14:textId="1051E79A" w:rsidR="00366860" w:rsidRPr="00DF0AC3" w:rsidRDefault="003C5E86" w:rsidP="0079046E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r w:rsidRPr="00DF0AC3">
        <w:rPr>
          <w:rFonts w:ascii="Vazir" w:hAnsi="Vazir" w:cs="Vazir"/>
          <w:sz w:val="22"/>
          <w:szCs w:val="22"/>
        </w:rPr>
        <w:t xml:space="preserve">هـ | </w:t>
      </w:r>
      <w:proofErr w:type="spellStart"/>
      <w:r w:rsidRPr="00DF0AC3">
        <w:rPr>
          <w:rFonts w:ascii="Vazir" w:hAnsi="Vazir" w:cs="Vazir"/>
          <w:sz w:val="22"/>
          <w:szCs w:val="22"/>
        </w:rPr>
        <w:t>قابلیت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توسعه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</w:t>
      </w:r>
      <w:proofErr w:type="spellStart"/>
      <w:r w:rsidRPr="00DF0AC3">
        <w:rPr>
          <w:rFonts w:ascii="Vazir" w:hAnsi="Vazir" w:cs="Vazir"/>
          <w:sz w:val="22"/>
          <w:szCs w:val="22"/>
        </w:rPr>
        <w:t>چشم‌انداز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gramStart"/>
      <w:r w:rsidRPr="00DF0AC3">
        <w:rPr>
          <w:rFonts w:ascii="Vazir" w:hAnsi="Vazir" w:cs="Vazir"/>
          <w:sz w:val="22"/>
          <w:szCs w:val="22"/>
        </w:rPr>
        <w:t>اقتصادی  (</w:t>
      </w:r>
      <w:proofErr w:type="gramEnd"/>
      <w:r w:rsidRPr="00DF0AC3">
        <w:rPr>
          <w:rFonts w:ascii="Vazir" w:hAnsi="Vazir" w:cs="Vazir"/>
          <w:sz w:val="22"/>
          <w:szCs w:val="22"/>
        </w:rPr>
        <w:t>حداکثر 100 کلمه)</w:t>
      </w:r>
    </w:p>
    <w:p w14:paraId="69D79234" w14:textId="77777777" w:rsidR="00DF0AC3" w:rsidRDefault="00DF0AC3" w:rsidP="0079046E">
      <w:pPr>
        <w:bidi/>
        <w:jc w:val="both"/>
        <w:rPr>
          <w:rFonts w:ascii="Vazir" w:hAnsi="Vazir" w:cs="Vazir"/>
          <w:sz w:val="16"/>
          <w:szCs w:val="18"/>
          <w:rtl/>
        </w:rPr>
      </w:pPr>
      <w:r w:rsidRPr="00DF0AC3">
        <w:rPr>
          <w:rFonts w:ascii="Vazir" w:hAnsi="Vazir" w:cs="Vazir"/>
          <w:sz w:val="16"/>
          <w:szCs w:val="18"/>
          <w:rtl/>
        </w:rPr>
        <w:t>اگر ایده در آزمون اولیه موفق شود، گام بعد برای عرضه یا استفاده عملی آن چیست؟ درآمد یا صرفه‌جویی احتمالی از چه مسیری ایجاد می‌شود؟ پاسخ برآوردی و بدون الزام به داشتن مدل کسب‌وکار کامل است.</w:t>
      </w:r>
    </w:p>
    <w:p w14:paraId="6D98BC7F" w14:textId="77777777" w:rsidR="00DF0AC3" w:rsidRDefault="00DF0AC3" w:rsidP="0079046E">
      <w:pPr>
        <w:pStyle w:val="Heading1"/>
        <w:bidi/>
        <w:jc w:val="both"/>
        <w:rPr>
          <w:rFonts w:ascii="Vazir" w:hAnsi="Vazir" w:cs="Vazir"/>
          <w:sz w:val="22"/>
          <w:szCs w:val="22"/>
          <w:rtl/>
        </w:rPr>
      </w:pPr>
    </w:p>
    <w:p w14:paraId="431B3E93" w14:textId="68F839F6" w:rsidR="00366860" w:rsidRDefault="003C5E86" w:rsidP="00DF0AC3">
      <w:pPr>
        <w:pStyle w:val="Heading1"/>
        <w:bidi/>
        <w:jc w:val="both"/>
        <w:rPr>
          <w:rFonts w:ascii="Vazir" w:hAnsi="Vazir" w:cs="Vazir"/>
          <w:sz w:val="22"/>
          <w:szCs w:val="22"/>
          <w:rtl/>
        </w:rPr>
      </w:pPr>
      <w:r>
        <w:rPr>
          <w:rFonts w:ascii="Vazir" w:hAnsi="Vazir" w:cs="Vazir" w:hint="cs"/>
          <w:sz w:val="22"/>
          <w:szCs w:val="22"/>
          <w:rtl/>
        </w:rPr>
        <w:t>و</w:t>
      </w:r>
      <w:r w:rsidRPr="00DF0AC3">
        <w:rPr>
          <w:rFonts w:ascii="Vazir" w:hAnsi="Vazir" w:cs="Vazir"/>
          <w:sz w:val="22"/>
          <w:szCs w:val="22"/>
        </w:rPr>
        <w:t xml:space="preserve">ـ | </w:t>
      </w:r>
      <w:proofErr w:type="spellStart"/>
      <w:r w:rsidRPr="00DF0AC3">
        <w:rPr>
          <w:rFonts w:ascii="Vazir" w:hAnsi="Vazir" w:cs="Vazir"/>
          <w:sz w:val="22"/>
          <w:szCs w:val="22"/>
        </w:rPr>
        <w:t>جمع‌بندی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برای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معرفی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به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داور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</w:t>
      </w:r>
      <w:proofErr w:type="spellStart"/>
      <w:r w:rsidRPr="00DF0AC3">
        <w:rPr>
          <w:rFonts w:ascii="Vazir" w:hAnsi="Vazir" w:cs="Vazir"/>
          <w:sz w:val="22"/>
          <w:szCs w:val="22"/>
        </w:rPr>
        <w:t>سرمایه‌گذار</w:t>
      </w:r>
      <w:proofErr w:type="spellEnd"/>
    </w:p>
    <w:p w14:paraId="606EC04E" w14:textId="77777777" w:rsidR="00DF0AC3" w:rsidRPr="00DF0AC3" w:rsidRDefault="00DF0AC3" w:rsidP="00DF0AC3">
      <w:pPr>
        <w:bidi/>
        <w:rPr>
          <w:rFonts w:hint="eastAsia"/>
          <w:b/>
          <w:bCs/>
          <w:lang w:val="en-CA"/>
        </w:rPr>
      </w:pPr>
      <w:r w:rsidRPr="00DF0AC3">
        <w:rPr>
          <w:b/>
          <w:bCs/>
          <w:lang w:val="en-CA"/>
        </w:rPr>
        <w:t> </w:t>
      </w:r>
    </w:p>
    <w:p w14:paraId="13D460BB" w14:textId="227650EA" w:rsidR="00DF0AC3" w:rsidRPr="004E2584" w:rsidRDefault="00DF0AC3" w:rsidP="00DF0AC3">
      <w:pPr>
        <w:bidi/>
        <w:jc w:val="both"/>
        <w:rPr>
          <w:rFonts w:ascii="Vazir" w:hAnsi="Vazir" w:cs="Vazir"/>
          <w:color w:val="632423" w:themeColor="accent2" w:themeShade="80"/>
          <w:sz w:val="16"/>
          <w:szCs w:val="18"/>
        </w:rPr>
      </w:pPr>
      <w:r w:rsidRPr="00DF0AC3">
        <w:rPr>
          <w:rFonts w:ascii="Vazir" w:hAnsi="Vazir" w:cs="Vazir" w:hint="cs"/>
          <w:sz w:val="16"/>
          <w:szCs w:val="18"/>
          <w:rtl/>
        </w:rPr>
        <w:t>ایده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خود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را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در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یک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جمله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معرفی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کنید</w:t>
      </w:r>
      <w:r w:rsidRPr="00DF0AC3">
        <w:rPr>
          <w:rFonts w:ascii="Vazir" w:hAnsi="Vazir" w:cs="Vazir"/>
          <w:sz w:val="16"/>
          <w:szCs w:val="18"/>
          <w:rtl/>
        </w:rPr>
        <w:t xml:space="preserve">: 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برای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 [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مخاطب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] 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که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 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با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 [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مسئله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] 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روبه‌رو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 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است،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 [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راهکار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] 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ما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 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باعث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 [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مزیت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 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قابل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 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سنجش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  <w:rtl/>
        </w:rPr>
        <w:t xml:space="preserve">] </w:t>
      </w:r>
      <w:r w:rsidRPr="004E2584">
        <w:rPr>
          <w:rFonts w:ascii="Vazir" w:hAnsi="Vazir" w:cs="Vazir" w:hint="cs"/>
          <w:color w:val="632423" w:themeColor="accent2" w:themeShade="80"/>
          <w:sz w:val="16"/>
          <w:szCs w:val="18"/>
          <w:rtl/>
        </w:rPr>
        <w:t>می‌شود</w:t>
      </w:r>
      <w:r w:rsidRPr="004E2584">
        <w:rPr>
          <w:rFonts w:ascii="Vazir" w:hAnsi="Vazir" w:cs="Vazir"/>
          <w:color w:val="632423" w:themeColor="accent2" w:themeShade="80"/>
          <w:sz w:val="16"/>
          <w:szCs w:val="18"/>
        </w:rPr>
        <w:t>.</w:t>
      </w:r>
    </w:p>
    <w:p w14:paraId="2A8C2A76" w14:textId="77777777" w:rsidR="00DF0AC3" w:rsidRDefault="00DF0AC3" w:rsidP="00DF0AC3">
      <w:pPr>
        <w:bidi/>
        <w:jc w:val="both"/>
        <w:rPr>
          <w:rFonts w:ascii="Vazir" w:hAnsi="Vazir" w:cs="Vazir"/>
          <w:sz w:val="16"/>
          <w:szCs w:val="18"/>
          <w:rtl/>
        </w:rPr>
      </w:pPr>
    </w:p>
    <w:p w14:paraId="03A3844D" w14:textId="2F6B5AAC" w:rsidR="00DF0AC3" w:rsidRPr="00DF0AC3" w:rsidRDefault="00DF0AC3" w:rsidP="00DF0AC3">
      <w:pPr>
        <w:bidi/>
        <w:jc w:val="both"/>
        <w:rPr>
          <w:rFonts w:ascii="Vazir" w:hAnsi="Vazir" w:cs="Vazir"/>
          <w:sz w:val="16"/>
          <w:szCs w:val="18"/>
        </w:rPr>
      </w:pPr>
      <w:r w:rsidRPr="00DF0AC3">
        <w:rPr>
          <w:rFonts w:ascii="Vazir" w:hAnsi="Vazir" w:cs="Vazir" w:hint="cs"/>
          <w:sz w:val="16"/>
          <w:szCs w:val="18"/>
          <w:rtl/>
        </w:rPr>
        <w:t>مهم‌ترین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سؤال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یا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ابهامی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که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برای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توسعه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ایده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باید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پاسخ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دهید</w:t>
      </w:r>
      <w:r w:rsidRPr="00DF0AC3">
        <w:rPr>
          <w:rFonts w:ascii="Vazir" w:hAnsi="Vazir" w:cs="Vazir"/>
          <w:sz w:val="16"/>
          <w:szCs w:val="18"/>
        </w:rPr>
        <w:t>:</w:t>
      </w:r>
    </w:p>
    <w:p w14:paraId="3530E26E" w14:textId="77777777" w:rsidR="00DF0AC3" w:rsidRDefault="00DF0AC3" w:rsidP="00DF0AC3">
      <w:pPr>
        <w:bidi/>
        <w:jc w:val="both"/>
        <w:rPr>
          <w:rFonts w:ascii="Vazir" w:hAnsi="Vazir" w:cs="Vazir"/>
          <w:sz w:val="16"/>
          <w:szCs w:val="18"/>
          <w:rtl/>
        </w:rPr>
      </w:pPr>
    </w:p>
    <w:p w14:paraId="19BA3282" w14:textId="5E45C203" w:rsidR="00DF0AC3" w:rsidRPr="00DF0AC3" w:rsidRDefault="00DF0AC3" w:rsidP="00DF0AC3">
      <w:pPr>
        <w:bidi/>
        <w:jc w:val="both"/>
        <w:rPr>
          <w:rFonts w:ascii="Vazir" w:hAnsi="Vazir" w:cs="Vazir"/>
          <w:sz w:val="16"/>
          <w:szCs w:val="18"/>
        </w:rPr>
      </w:pPr>
      <w:r w:rsidRPr="00DF0AC3">
        <w:rPr>
          <w:rFonts w:ascii="Arial" w:hAnsi="Arial" w:cs="Arial"/>
          <w:sz w:val="16"/>
          <w:szCs w:val="18"/>
        </w:rPr>
        <w:t>□</w:t>
      </w:r>
      <w:r w:rsidRPr="00DF0AC3">
        <w:rPr>
          <w:rFonts w:ascii="Vazir" w:hAnsi="Vazir" w:cs="Vazir"/>
          <w:sz w:val="16"/>
          <w:szCs w:val="18"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تأیید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می‌کنیم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اطلاعات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درج‌شده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تا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حد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آگاهی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ما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صحیح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است؛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منابع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و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آثار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دیگران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را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اعلام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کرده‌ایم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و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با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بررسی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محرمانه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اطلاعات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ثبت‌شده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توسط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دبیرخانه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و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داوران</w:t>
      </w:r>
      <w:r w:rsidRPr="00DF0AC3">
        <w:rPr>
          <w:rFonts w:ascii="Vazir" w:hAnsi="Vazir" w:cs="Vazir"/>
          <w:sz w:val="16"/>
          <w:szCs w:val="18"/>
          <w:rtl/>
        </w:rPr>
        <w:t xml:space="preserve"> </w:t>
      </w:r>
      <w:r w:rsidRPr="00DF0AC3">
        <w:rPr>
          <w:rFonts w:ascii="Vazir" w:hAnsi="Vazir" w:cs="Vazir" w:hint="cs"/>
          <w:sz w:val="16"/>
          <w:szCs w:val="18"/>
          <w:rtl/>
        </w:rPr>
        <w:t>موافقیم</w:t>
      </w:r>
      <w:r w:rsidRPr="00DF0AC3">
        <w:rPr>
          <w:rFonts w:ascii="Vazir" w:hAnsi="Vazir" w:cs="Vazir"/>
          <w:sz w:val="16"/>
          <w:szCs w:val="18"/>
        </w:rPr>
        <w:t>.</w:t>
      </w:r>
    </w:p>
    <w:p w14:paraId="5BF8D201" w14:textId="77777777" w:rsidR="00DF0AC3" w:rsidRDefault="00DF0AC3" w:rsidP="0079046E">
      <w:pPr>
        <w:pStyle w:val="Heading1"/>
        <w:bidi/>
        <w:jc w:val="both"/>
        <w:rPr>
          <w:rFonts w:ascii="Vazir" w:hAnsi="Vazir" w:cs="Vazir"/>
          <w:sz w:val="22"/>
          <w:szCs w:val="22"/>
          <w:rtl/>
        </w:rPr>
      </w:pPr>
    </w:p>
    <w:p w14:paraId="74CCD7B5" w14:textId="77777777" w:rsidR="00DF0AC3" w:rsidRDefault="00DF0AC3">
      <w:pPr>
        <w:spacing w:after="200" w:line="276" w:lineRule="auto"/>
        <w:rPr>
          <w:rFonts w:ascii="Vazir" w:eastAsiaTheme="majorEastAsia" w:hAnsi="Vazir" w:cs="Vazir"/>
          <w:b/>
          <w:bCs/>
          <w:color w:val="0A6969"/>
          <w:sz w:val="22"/>
          <w:rtl/>
        </w:rPr>
      </w:pPr>
      <w:r>
        <w:rPr>
          <w:rFonts w:ascii="Vazir" w:hAnsi="Vazir" w:cs="Vazir"/>
          <w:sz w:val="22"/>
          <w:rtl/>
        </w:rPr>
        <w:br w:type="page"/>
      </w:r>
    </w:p>
    <w:p w14:paraId="08E45A96" w14:textId="77777777" w:rsidR="0014378D" w:rsidRPr="0014378D" w:rsidRDefault="0014378D" w:rsidP="00DF0AC3">
      <w:pPr>
        <w:pStyle w:val="Heading1"/>
        <w:bidi/>
        <w:jc w:val="both"/>
        <w:rPr>
          <w:rFonts w:ascii="Vazir" w:hAnsi="Vazir" w:cs="Vazir"/>
          <w:sz w:val="16"/>
          <w:szCs w:val="18"/>
          <w:rtl/>
        </w:rPr>
      </w:pPr>
      <w:r w:rsidRPr="0014378D">
        <w:rPr>
          <w:rFonts w:ascii="Vazir" w:hAnsi="Vazir" w:cs="Vazir"/>
          <w:sz w:val="16"/>
          <w:szCs w:val="18"/>
          <w:rtl/>
        </w:rPr>
        <w:lastRenderedPageBreak/>
        <w:t xml:space="preserve">این بخش را شرکت‌کنندگان تکمیل نمی‌کنند. </w:t>
      </w:r>
    </w:p>
    <w:p w14:paraId="6B9AE9D6" w14:textId="457DDF17" w:rsidR="00366860" w:rsidRPr="00DF0AC3" w:rsidRDefault="00000000" w:rsidP="0014378D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proofErr w:type="spellStart"/>
      <w:r w:rsidRPr="00DF0AC3">
        <w:rPr>
          <w:rFonts w:ascii="Vazir" w:hAnsi="Vazir" w:cs="Vazir"/>
          <w:sz w:val="22"/>
          <w:szCs w:val="22"/>
        </w:rPr>
        <w:t>پیوست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ویژه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دبیرخانه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و داوران | برگه ارزیابی استاندارد</w:t>
      </w:r>
    </w:p>
    <w:p w14:paraId="3109AB2F" w14:textId="38CB34CA" w:rsidR="00366860" w:rsidRPr="001A18AC" w:rsidRDefault="00DF0AC3" w:rsidP="0079046E">
      <w:pPr>
        <w:bidi/>
        <w:jc w:val="both"/>
        <w:rPr>
          <w:rFonts w:ascii="Vazir" w:hAnsi="Vazir" w:cs="Vazir"/>
          <w:sz w:val="14"/>
          <w:szCs w:val="16"/>
        </w:rPr>
      </w:pPr>
      <w:r w:rsidRPr="001A18AC">
        <w:rPr>
          <w:rFonts w:ascii="Vazir" w:hAnsi="Vazir" w:cs="Vazir"/>
          <w:sz w:val="14"/>
          <w:szCs w:val="16"/>
          <w:rtl/>
        </w:rPr>
        <w:t>داور باید برای هر معیار، امتیاز و یک دلیل کوتاه درج کند؛ اطلاعات ناقص به‌صورت خودکار به معنی رد ایده نیست و در صورت لزوم درخواست تکمیل می‌شود.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8"/>
        <w:gridCol w:w="1258"/>
        <w:gridCol w:w="5298"/>
      </w:tblGrid>
      <w:tr w:rsidR="00366860" w:rsidRPr="00DF0AC3" w14:paraId="0F1293BF" w14:textId="77777777" w:rsidTr="00DF0AC3">
        <w:trPr>
          <w:jc w:val="center"/>
        </w:trPr>
        <w:tc>
          <w:tcPr>
            <w:tcW w:w="3278" w:type="dxa"/>
            <w:shd w:val="clear" w:color="auto" w:fill="DDEBEC"/>
            <w:vAlign w:val="center"/>
          </w:tcPr>
          <w:p w14:paraId="5AF8E80A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proofErr w:type="spellStart"/>
            <w:r w:rsidRPr="00DF0AC3">
              <w:rPr>
                <w:rFonts w:ascii="Vazir" w:hAnsi="Vazir" w:cs="Vazir"/>
                <w:b/>
                <w:sz w:val="14"/>
                <w:szCs w:val="18"/>
              </w:rPr>
              <w:t>معیار</w:t>
            </w:r>
            <w:proofErr w:type="spellEnd"/>
          </w:p>
        </w:tc>
        <w:tc>
          <w:tcPr>
            <w:tcW w:w="1258" w:type="dxa"/>
            <w:shd w:val="clear" w:color="auto" w:fill="DDEBEC"/>
            <w:vAlign w:val="center"/>
          </w:tcPr>
          <w:p w14:paraId="19EAA9CB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امتیاز</w:t>
            </w:r>
          </w:p>
        </w:tc>
        <w:tc>
          <w:tcPr>
            <w:tcW w:w="5298" w:type="dxa"/>
            <w:shd w:val="clear" w:color="auto" w:fill="DDEBEC"/>
            <w:vAlign w:val="center"/>
          </w:tcPr>
          <w:p w14:paraId="5A808246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b/>
                <w:sz w:val="14"/>
                <w:szCs w:val="18"/>
              </w:rPr>
              <w:t>راهنمای داوری</w:t>
            </w:r>
          </w:p>
        </w:tc>
      </w:tr>
      <w:tr w:rsidR="00366860" w:rsidRPr="00DF0AC3" w14:paraId="04CB6E36" w14:textId="77777777" w:rsidTr="00DF0AC3">
        <w:trPr>
          <w:jc w:val="center"/>
        </w:trPr>
        <w:tc>
          <w:tcPr>
            <w:tcW w:w="3278" w:type="dxa"/>
            <w:vAlign w:val="center"/>
          </w:tcPr>
          <w:p w14:paraId="56BAB178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اهمیت مسئله و شواهد</w:t>
            </w:r>
          </w:p>
        </w:tc>
        <w:tc>
          <w:tcPr>
            <w:tcW w:w="1258" w:type="dxa"/>
            <w:vAlign w:val="center"/>
          </w:tcPr>
          <w:p w14:paraId="53373371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۲۰</w:t>
            </w:r>
          </w:p>
        </w:tc>
        <w:tc>
          <w:tcPr>
            <w:tcW w:w="5298" w:type="dxa"/>
            <w:vAlign w:val="center"/>
          </w:tcPr>
          <w:p w14:paraId="07BD50A5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مسئله روشن، مخاطب مشخص و شواهد متناسب با مرحله ایده</w:t>
            </w:r>
          </w:p>
        </w:tc>
      </w:tr>
      <w:tr w:rsidR="00366860" w:rsidRPr="00DF0AC3" w14:paraId="1340F826" w14:textId="77777777" w:rsidTr="00DF0AC3">
        <w:trPr>
          <w:jc w:val="center"/>
        </w:trPr>
        <w:tc>
          <w:tcPr>
            <w:tcW w:w="3278" w:type="dxa"/>
            <w:vAlign w:val="center"/>
          </w:tcPr>
          <w:p w14:paraId="0B4FBDCD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نوآوری و تمایز</w:t>
            </w:r>
          </w:p>
        </w:tc>
        <w:tc>
          <w:tcPr>
            <w:tcW w:w="1258" w:type="dxa"/>
            <w:vAlign w:val="center"/>
          </w:tcPr>
          <w:p w14:paraId="0D310D16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۲۰</w:t>
            </w:r>
          </w:p>
        </w:tc>
        <w:tc>
          <w:tcPr>
            <w:tcW w:w="5298" w:type="dxa"/>
            <w:vAlign w:val="center"/>
          </w:tcPr>
          <w:p w14:paraId="2DCFAD88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تفاوت روشن با نمونه‌های موجود و مزیت قابل آزمون</w:t>
            </w:r>
          </w:p>
        </w:tc>
      </w:tr>
      <w:tr w:rsidR="00366860" w:rsidRPr="00DF0AC3" w14:paraId="615FB3C2" w14:textId="77777777" w:rsidTr="00DF0AC3">
        <w:trPr>
          <w:jc w:val="center"/>
        </w:trPr>
        <w:tc>
          <w:tcPr>
            <w:tcW w:w="3278" w:type="dxa"/>
            <w:vAlign w:val="center"/>
          </w:tcPr>
          <w:p w14:paraId="3E7C970E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امکان‌پذیری فنی و ایمنی</w:t>
            </w:r>
          </w:p>
        </w:tc>
        <w:tc>
          <w:tcPr>
            <w:tcW w:w="1258" w:type="dxa"/>
            <w:vAlign w:val="center"/>
          </w:tcPr>
          <w:p w14:paraId="4CBBD857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۲۰</w:t>
            </w:r>
          </w:p>
        </w:tc>
        <w:tc>
          <w:tcPr>
            <w:tcW w:w="5298" w:type="dxa"/>
            <w:vAlign w:val="center"/>
          </w:tcPr>
          <w:p w14:paraId="5D675CCB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منطق فنی قابل دفاع، ریسک شناسایی‌شده و ملاحظات ایمنی</w:t>
            </w:r>
          </w:p>
        </w:tc>
      </w:tr>
      <w:tr w:rsidR="00366860" w:rsidRPr="00DF0AC3" w14:paraId="6DE009DB" w14:textId="77777777" w:rsidTr="00DF0AC3">
        <w:trPr>
          <w:jc w:val="center"/>
        </w:trPr>
        <w:tc>
          <w:tcPr>
            <w:tcW w:w="3278" w:type="dxa"/>
            <w:vAlign w:val="center"/>
          </w:tcPr>
          <w:p w14:paraId="2F7FF56A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ارزش کاربردی و ظرفیت بازار</w:t>
            </w:r>
          </w:p>
        </w:tc>
        <w:tc>
          <w:tcPr>
            <w:tcW w:w="1258" w:type="dxa"/>
            <w:vAlign w:val="center"/>
          </w:tcPr>
          <w:p w14:paraId="5AF6B87A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۱۵</w:t>
            </w:r>
          </w:p>
        </w:tc>
        <w:tc>
          <w:tcPr>
            <w:tcW w:w="5298" w:type="dxa"/>
            <w:vAlign w:val="center"/>
          </w:tcPr>
          <w:p w14:paraId="460FF969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بهره‌بردار معلوم، منفعت قابل سنجش، مسیر استفاده یا خرید محتمل</w:t>
            </w:r>
          </w:p>
        </w:tc>
      </w:tr>
      <w:tr w:rsidR="00366860" w:rsidRPr="00DF0AC3" w14:paraId="010275CB" w14:textId="77777777" w:rsidTr="00DF0AC3">
        <w:trPr>
          <w:jc w:val="center"/>
        </w:trPr>
        <w:tc>
          <w:tcPr>
            <w:tcW w:w="3278" w:type="dxa"/>
            <w:vAlign w:val="center"/>
          </w:tcPr>
          <w:p w14:paraId="46E71929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برنامه آزمون و رشد</w:t>
            </w:r>
          </w:p>
        </w:tc>
        <w:tc>
          <w:tcPr>
            <w:tcW w:w="1258" w:type="dxa"/>
            <w:vAlign w:val="center"/>
          </w:tcPr>
          <w:p w14:paraId="2ABD0473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۱۵</w:t>
            </w:r>
          </w:p>
        </w:tc>
        <w:tc>
          <w:tcPr>
            <w:tcW w:w="5298" w:type="dxa"/>
            <w:vAlign w:val="center"/>
          </w:tcPr>
          <w:p w14:paraId="30607F5A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گام‌های ۳۰ تا ۹۰ روزه، خروجی و شاخص روشن</w:t>
            </w:r>
          </w:p>
        </w:tc>
      </w:tr>
      <w:tr w:rsidR="00366860" w:rsidRPr="00DF0AC3" w14:paraId="762D624E" w14:textId="77777777" w:rsidTr="00DF0AC3">
        <w:trPr>
          <w:jc w:val="center"/>
        </w:trPr>
        <w:tc>
          <w:tcPr>
            <w:tcW w:w="3278" w:type="dxa"/>
            <w:vAlign w:val="center"/>
          </w:tcPr>
          <w:p w14:paraId="566D94E8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توان و تناسب تیم / منابع</w:t>
            </w:r>
          </w:p>
        </w:tc>
        <w:tc>
          <w:tcPr>
            <w:tcW w:w="1258" w:type="dxa"/>
            <w:vAlign w:val="center"/>
          </w:tcPr>
          <w:p w14:paraId="44F66FE9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۱۰</w:t>
            </w:r>
          </w:p>
        </w:tc>
        <w:tc>
          <w:tcPr>
            <w:tcW w:w="5298" w:type="dxa"/>
            <w:vAlign w:val="center"/>
          </w:tcPr>
          <w:p w14:paraId="3D30049A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مهارت اعضا، آگاهی از نیازها و استفاده واقع‌بینانه از حمایت‌ها</w:t>
            </w:r>
          </w:p>
        </w:tc>
      </w:tr>
      <w:tr w:rsidR="00366860" w:rsidRPr="00DF0AC3" w14:paraId="70055044" w14:textId="77777777" w:rsidTr="00DF0AC3">
        <w:trPr>
          <w:jc w:val="center"/>
        </w:trPr>
        <w:tc>
          <w:tcPr>
            <w:tcW w:w="3278" w:type="dxa"/>
            <w:vAlign w:val="center"/>
          </w:tcPr>
          <w:p w14:paraId="46214CC9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جمع کل</w:t>
            </w:r>
          </w:p>
        </w:tc>
        <w:tc>
          <w:tcPr>
            <w:tcW w:w="1258" w:type="dxa"/>
            <w:vAlign w:val="center"/>
          </w:tcPr>
          <w:p w14:paraId="068B9E01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۱۰۰</w:t>
            </w:r>
          </w:p>
        </w:tc>
        <w:tc>
          <w:tcPr>
            <w:tcW w:w="5298" w:type="dxa"/>
            <w:vAlign w:val="center"/>
          </w:tcPr>
          <w:p w14:paraId="35393DD1" w14:textId="77777777" w:rsidR="00366860" w:rsidRPr="00DF0AC3" w:rsidRDefault="00000000" w:rsidP="0079046E">
            <w:pPr>
              <w:bidi/>
              <w:jc w:val="both"/>
              <w:rPr>
                <w:rFonts w:ascii="Vazir" w:hAnsi="Vazir" w:cs="Vazir"/>
                <w:sz w:val="16"/>
                <w:szCs w:val="18"/>
              </w:rPr>
            </w:pPr>
            <w:r w:rsidRPr="00DF0AC3">
              <w:rPr>
                <w:rFonts w:ascii="Vazir" w:hAnsi="Vazir" w:cs="Vazir"/>
                <w:sz w:val="14"/>
                <w:szCs w:val="18"/>
              </w:rPr>
              <w:t>امتیاز هر داور به‌صورت مستقل ثبت شود</w:t>
            </w:r>
          </w:p>
        </w:tc>
      </w:tr>
    </w:tbl>
    <w:p w14:paraId="16E53CA3" w14:textId="77777777" w:rsidR="00366860" w:rsidRPr="00DF0AC3" w:rsidRDefault="00366860" w:rsidP="0079046E">
      <w:pPr>
        <w:bidi/>
        <w:spacing w:after="0"/>
        <w:jc w:val="both"/>
        <w:rPr>
          <w:rFonts w:ascii="Vazir" w:hAnsi="Vazir" w:cs="Vazir"/>
          <w:sz w:val="16"/>
          <w:szCs w:val="18"/>
        </w:rPr>
      </w:pPr>
    </w:p>
    <w:p w14:paraId="772D19FF" w14:textId="6FCB55F6" w:rsidR="00C1729E" w:rsidRDefault="00C1729E" w:rsidP="00DF0AC3">
      <w:pPr>
        <w:pStyle w:val="Heading1"/>
        <w:bidi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داور</w:t>
      </w:r>
      <w:r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ی اول</w:t>
      </w:r>
    </w:p>
    <w:p w14:paraId="06914680" w14:textId="25E5AD11" w:rsidR="00DF0AC3" w:rsidRPr="00DF0AC3" w:rsidRDefault="00DF0AC3" w:rsidP="00C1729E">
      <w:pPr>
        <w:pStyle w:val="Heading1"/>
        <w:bidi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شناسه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ایده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>: ......................</w:t>
      </w:r>
      <w:r w:rsidRPr="00DF0AC3">
        <w:rPr>
          <w:rFonts w:ascii="Vazir" w:eastAsiaTheme="minorEastAsia" w:hAnsi="Vazir" w:cs="Vazir" w:hint="eastAsia"/>
          <w:b w:val="0"/>
          <w:bCs w:val="0"/>
          <w:color w:val="112E3E"/>
          <w:sz w:val="16"/>
          <w:szCs w:val="18"/>
          <w:rtl/>
        </w:rPr>
        <w:t>   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نام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داور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>: ........................</w:t>
      </w:r>
      <w:r w:rsidRPr="00DF0AC3">
        <w:rPr>
          <w:rFonts w:ascii="Vazir" w:eastAsiaTheme="minorEastAsia" w:hAnsi="Vazir" w:cs="Vazir" w:hint="eastAsia"/>
          <w:b w:val="0"/>
          <w:bCs w:val="0"/>
          <w:color w:val="112E3E"/>
          <w:sz w:val="16"/>
          <w:szCs w:val="18"/>
          <w:rtl/>
        </w:rPr>
        <w:t>   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تاریخ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</w:rPr>
        <w:t>: ........................</w:t>
      </w:r>
    </w:p>
    <w:p w14:paraId="0E4A4DE2" w14:textId="77777777" w:rsidR="00DF0AC3" w:rsidRPr="00DF0AC3" w:rsidRDefault="00DF0AC3" w:rsidP="00DF0AC3">
      <w:pPr>
        <w:pStyle w:val="Heading1"/>
        <w:bidi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امتیاز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نهایی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: ............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از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  <w:lang w:bidi="fa-IR"/>
        </w:rPr>
        <w:t>۱۰۰</w:t>
      </w:r>
      <w:r w:rsidRPr="00DF0AC3">
        <w:rPr>
          <w:rFonts w:ascii="Vazir" w:eastAsiaTheme="minorEastAsia" w:hAnsi="Vazir" w:cs="Vazir" w:hint="eastAsia"/>
          <w:b w:val="0"/>
          <w:bCs w:val="0"/>
          <w:color w:val="112E3E"/>
          <w:sz w:val="16"/>
          <w:szCs w:val="18"/>
          <w:rtl/>
          <w:lang w:bidi="fa-IR"/>
        </w:rPr>
        <w:t>    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  <w:lang w:bidi="fa-IR"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پیشنهاد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: </w:t>
      </w:r>
      <w:r w:rsidRPr="00DF0AC3">
        <w:rPr>
          <w:rFonts w:ascii="Arial" w:eastAsiaTheme="minorEastAsia" w:hAnsi="Arial" w:cs="Arial" w:hint="cs"/>
          <w:b w:val="0"/>
          <w:bCs w:val="0"/>
          <w:color w:val="112E3E"/>
          <w:sz w:val="16"/>
          <w:szCs w:val="18"/>
          <w:rtl/>
        </w:rPr>
        <w:t>□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پذیرش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Arial" w:eastAsiaTheme="minorEastAsia" w:hAnsi="Arial" w:cs="Arial" w:hint="cs"/>
          <w:b w:val="0"/>
          <w:bCs w:val="0"/>
          <w:color w:val="112E3E"/>
          <w:sz w:val="16"/>
          <w:szCs w:val="18"/>
          <w:rtl/>
        </w:rPr>
        <w:t>□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نیازمند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اصلاح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Arial" w:eastAsiaTheme="minorEastAsia" w:hAnsi="Arial" w:cs="Arial" w:hint="cs"/>
          <w:b w:val="0"/>
          <w:bCs w:val="0"/>
          <w:color w:val="112E3E"/>
          <w:sz w:val="16"/>
          <w:szCs w:val="18"/>
          <w:rtl/>
        </w:rPr>
        <w:t>□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عدم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انتخاب</w:t>
      </w:r>
    </w:p>
    <w:p w14:paraId="539A7F1D" w14:textId="77777777" w:rsidR="00DF0AC3" w:rsidRPr="00DF0AC3" w:rsidRDefault="00DF0AC3" w:rsidP="00DF0AC3">
      <w:pPr>
        <w:pStyle w:val="Heading1"/>
        <w:bidi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نقطه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قوت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اصلی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</w:rPr>
        <w:t>: ...........................................................................................................</w:t>
      </w:r>
    </w:p>
    <w:p w14:paraId="63D5A177" w14:textId="77777777" w:rsidR="00DF0AC3" w:rsidRDefault="00DF0AC3" w:rsidP="00DF0AC3">
      <w:pPr>
        <w:pStyle w:val="Heading1"/>
        <w:bidi/>
        <w:jc w:val="both"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مهم‌ترین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ریسک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/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سؤال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تکمیلی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>: ........................................................................................</w:t>
      </w:r>
    </w:p>
    <w:p w14:paraId="1C65BBDD" w14:textId="77777777" w:rsidR="00C1729E" w:rsidRDefault="00C1729E" w:rsidP="00C1729E">
      <w:pPr>
        <w:pStyle w:val="Heading1"/>
        <w:bidi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</w:p>
    <w:p w14:paraId="40AFD335" w14:textId="1920DA5C" w:rsidR="00DF0AC3" w:rsidRDefault="00C1729E" w:rsidP="00C1729E">
      <w:pPr>
        <w:pStyle w:val="Heading1"/>
        <w:bidi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داور</w:t>
      </w:r>
      <w:r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ی دوم</w:t>
      </w:r>
    </w:p>
    <w:p w14:paraId="65EFF52E" w14:textId="77777777" w:rsidR="00C1729E" w:rsidRPr="00DF0AC3" w:rsidRDefault="00C1729E" w:rsidP="00C1729E">
      <w:pPr>
        <w:pStyle w:val="Heading1"/>
        <w:bidi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شناسه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ایده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>: ......................</w:t>
      </w:r>
      <w:r w:rsidRPr="00DF0AC3">
        <w:rPr>
          <w:rFonts w:ascii="Vazir" w:eastAsiaTheme="minorEastAsia" w:hAnsi="Vazir" w:cs="Vazir" w:hint="eastAsia"/>
          <w:b w:val="0"/>
          <w:bCs w:val="0"/>
          <w:color w:val="112E3E"/>
          <w:sz w:val="16"/>
          <w:szCs w:val="18"/>
          <w:rtl/>
        </w:rPr>
        <w:t>   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نام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داور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>: ........................</w:t>
      </w:r>
      <w:r w:rsidRPr="00DF0AC3">
        <w:rPr>
          <w:rFonts w:ascii="Vazir" w:eastAsiaTheme="minorEastAsia" w:hAnsi="Vazir" w:cs="Vazir" w:hint="eastAsia"/>
          <w:b w:val="0"/>
          <w:bCs w:val="0"/>
          <w:color w:val="112E3E"/>
          <w:sz w:val="16"/>
          <w:szCs w:val="18"/>
          <w:rtl/>
        </w:rPr>
        <w:t>   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تاریخ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</w:rPr>
        <w:t>: ........................</w:t>
      </w:r>
    </w:p>
    <w:p w14:paraId="419DCF0F" w14:textId="77777777" w:rsidR="00C1729E" w:rsidRPr="00DF0AC3" w:rsidRDefault="00C1729E" w:rsidP="00C1729E">
      <w:pPr>
        <w:pStyle w:val="Heading1"/>
        <w:bidi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امتیاز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نهایی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: ............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از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  <w:lang w:bidi="fa-IR"/>
        </w:rPr>
        <w:t>۱۰۰</w:t>
      </w:r>
      <w:r w:rsidRPr="00DF0AC3">
        <w:rPr>
          <w:rFonts w:ascii="Vazir" w:eastAsiaTheme="minorEastAsia" w:hAnsi="Vazir" w:cs="Vazir" w:hint="eastAsia"/>
          <w:b w:val="0"/>
          <w:bCs w:val="0"/>
          <w:color w:val="112E3E"/>
          <w:sz w:val="16"/>
          <w:szCs w:val="18"/>
          <w:rtl/>
          <w:lang w:bidi="fa-IR"/>
        </w:rPr>
        <w:t>    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  <w:lang w:bidi="fa-IR"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پیشنهاد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: </w:t>
      </w:r>
      <w:r w:rsidRPr="00DF0AC3">
        <w:rPr>
          <w:rFonts w:ascii="Arial" w:eastAsiaTheme="minorEastAsia" w:hAnsi="Arial" w:cs="Arial" w:hint="cs"/>
          <w:b w:val="0"/>
          <w:bCs w:val="0"/>
          <w:color w:val="112E3E"/>
          <w:sz w:val="16"/>
          <w:szCs w:val="18"/>
          <w:rtl/>
        </w:rPr>
        <w:t>□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پذیرش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Arial" w:eastAsiaTheme="minorEastAsia" w:hAnsi="Arial" w:cs="Arial" w:hint="cs"/>
          <w:b w:val="0"/>
          <w:bCs w:val="0"/>
          <w:color w:val="112E3E"/>
          <w:sz w:val="16"/>
          <w:szCs w:val="18"/>
          <w:rtl/>
        </w:rPr>
        <w:t>□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نیازمند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اصلاح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Arial" w:eastAsiaTheme="minorEastAsia" w:hAnsi="Arial" w:cs="Arial" w:hint="cs"/>
          <w:b w:val="0"/>
          <w:bCs w:val="0"/>
          <w:color w:val="112E3E"/>
          <w:sz w:val="16"/>
          <w:szCs w:val="18"/>
          <w:rtl/>
        </w:rPr>
        <w:t>□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عدم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انتخاب</w:t>
      </w:r>
    </w:p>
    <w:p w14:paraId="5E1D5B1F" w14:textId="77777777" w:rsidR="00C1729E" w:rsidRPr="00DF0AC3" w:rsidRDefault="00C1729E" w:rsidP="00C1729E">
      <w:pPr>
        <w:pStyle w:val="Heading1"/>
        <w:bidi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نقطه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قوت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اصلی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</w:rPr>
        <w:t>: ...........................................................................................................</w:t>
      </w:r>
    </w:p>
    <w:p w14:paraId="273DAAF3" w14:textId="77777777" w:rsidR="00C1729E" w:rsidRDefault="00C1729E" w:rsidP="00C1729E">
      <w:pPr>
        <w:pStyle w:val="Heading1"/>
        <w:bidi/>
        <w:jc w:val="both"/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</w:pP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مهم‌ترین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ریسک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/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سؤال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 xml:space="preserve"> </w:t>
      </w:r>
      <w:r w:rsidRPr="00DF0AC3">
        <w:rPr>
          <w:rFonts w:ascii="Vazir" w:eastAsiaTheme="minorEastAsia" w:hAnsi="Vazir" w:cs="Vazir" w:hint="cs"/>
          <w:b w:val="0"/>
          <w:bCs w:val="0"/>
          <w:color w:val="112E3E"/>
          <w:sz w:val="16"/>
          <w:szCs w:val="18"/>
          <w:rtl/>
        </w:rPr>
        <w:t>تکمیلی</w:t>
      </w:r>
      <w:r w:rsidRPr="00DF0AC3">
        <w:rPr>
          <w:rFonts w:ascii="Vazir" w:eastAsiaTheme="minorEastAsia" w:hAnsi="Vazir" w:cs="Vazir"/>
          <w:b w:val="0"/>
          <w:bCs w:val="0"/>
          <w:color w:val="112E3E"/>
          <w:sz w:val="16"/>
          <w:szCs w:val="18"/>
          <w:rtl/>
        </w:rPr>
        <w:t>: ........................................................................................</w:t>
      </w:r>
    </w:p>
    <w:p w14:paraId="5E2FAC40" w14:textId="77777777" w:rsidR="00C1729E" w:rsidRPr="00C1729E" w:rsidRDefault="00C1729E" w:rsidP="00C1729E">
      <w:pPr>
        <w:bidi/>
        <w:rPr>
          <w:rFonts w:hint="eastAsia"/>
          <w:rtl/>
        </w:rPr>
      </w:pPr>
    </w:p>
    <w:p w14:paraId="3BFFE882" w14:textId="2294C4E4" w:rsidR="00366860" w:rsidRPr="00DF0AC3" w:rsidRDefault="00000000" w:rsidP="00DF0AC3">
      <w:pPr>
        <w:pStyle w:val="Heading1"/>
        <w:bidi/>
        <w:jc w:val="both"/>
        <w:rPr>
          <w:rFonts w:ascii="Vazir" w:hAnsi="Vazir" w:cs="Vazir"/>
          <w:sz w:val="22"/>
          <w:szCs w:val="22"/>
        </w:rPr>
      </w:pPr>
      <w:proofErr w:type="spellStart"/>
      <w:r w:rsidRPr="00DF0AC3">
        <w:rPr>
          <w:rFonts w:ascii="Vazir" w:hAnsi="Vazir" w:cs="Vazir"/>
          <w:sz w:val="22"/>
          <w:szCs w:val="22"/>
        </w:rPr>
        <w:t>مرحله</w:t>
      </w:r>
      <w:proofErr w:type="spellEnd"/>
      <w:r w:rsidRPr="00DF0AC3">
        <w:rPr>
          <w:rFonts w:ascii="Vazir" w:hAnsi="Vazir" w:cs="Vazir"/>
          <w:sz w:val="22"/>
          <w:szCs w:val="22"/>
        </w:rPr>
        <w:t xml:space="preserve"> </w:t>
      </w:r>
      <w:proofErr w:type="spellStart"/>
      <w:r w:rsidRPr="00DF0AC3">
        <w:rPr>
          <w:rFonts w:ascii="Vazir" w:hAnsi="Vazir" w:cs="Vazir"/>
          <w:sz w:val="22"/>
          <w:szCs w:val="22"/>
        </w:rPr>
        <w:t>بعد</w:t>
      </w:r>
      <w:proofErr w:type="spellEnd"/>
    </w:p>
    <w:p w14:paraId="4B3C99B7" w14:textId="05E4C8DB" w:rsidR="004C2B35" w:rsidRDefault="00DF0AC3" w:rsidP="00DF0AC3">
      <w:pPr>
        <w:bidi/>
        <w:rPr>
          <w:rFonts w:ascii="Vazir" w:hAnsi="Vazir" w:cs="Vazir"/>
          <w:sz w:val="14"/>
          <w:szCs w:val="16"/>
          <w:rtl/>
        </w:rPr>
      </w:pPr>
      <w:r w:rsidRPr="00DF0AC3">
        <w:rPr>
          <w:rFonts w:ascii="Vazir" w:hAnsi="Vazir" w:cs="Vazir" w:hint="cs"/>
          <w:sz w:val="14"/>
          <w:szCs w:val="16"/>
          <w:rtl/>
        </w:rPr>
        <w:t>غربالگری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شکلی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و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انطباق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با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محورهای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رویداد</w:t>
      </w:r>
      <w:r w:rsidRPr="00DF0AC3">
        <w:rPr>
          <w:rFonts w:ascii="Vazir" w:hAnsi="Vazir" w:cs="Vazir"/>
          <w:sz w:val="14"/>
          <w:szCs w:val="16"/>
          <w:rtl/>
        </w:rPr>
        <w:t xml:space="preserve">؛ </w:t>
      </w:r>
    </w:p>
    <w:p w14:paraId="2EA86559" w14:textId="34FA3C8C" w:rsidR="004C2B35" w:rsidRDefault="00DF0AC3" w:rsidP="004C2B35">
      <w:pPr>
        <w:bidi/>
        <w:rPr>
          <w:rFonts w:ascii="Vazir" w:hAnsi="Vazir" w:cs="Vazir"/>
          <w:sz w:val="14"/>
          <w:szCs w:val="16"/>
          <w:rtl/>
        </w:rPr>
      </w:pPr>
      <w:r w:rsidRPr="00DF0AC3">
        <w:rPr>
          <w:rFonts w:ascii="Vazir" w:hAnsi="Vazir" w:cs="Vazir" w:hint="cs"/>
          <w:sz w:val="14"/>
          <w:szCs w:val="16"/>
          <w:rtl/>
        </w:rPr>
        <w:t>ارائه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کوتاه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تیم‌های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منتخب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و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پرسش‌وپاسخ</w:t>
      </w:r>
      <w:r w:rsidRPr="00DF0AC3">
        <w:rPr>
          <w:rFonts w:ascii="Vazir" w:hAnsi="Vazir" w:cs="Vazir"/>
          <w:sz w:val="14"/>
          <w:szCs w:val="16"/>
          <w:rtl/>
        </w:rPr>
        <w:t xml:space="preserve">. </w:t>
      </w:r>
      <w:r w:rsidRPr="00DF0AC3">
        <w:rPr>
          <w:rFonts w:ascii="Vazir" w:hAnsi="Vazir" w:cs="Vazir" w:hint="cs"/>
          <w:sz w:val="14"/>
          <w:szCs w:val="16"/>
          <w:rtl/>
        </w:rPr>
        <w:t>در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صورت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اختلاف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زیاد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امتیازها</w:t>
      </w:r>
      <w:r w:rsidRPr="00DF0AC3">
        <w:rPr>
          <w:rFonts w:ascii="Vazir" w:hAnsi="Vazir" w:cs="Vazir"/>
          <w:sz w:val="14"/>
          <w:szCs w:val="16"/>
          <w:rtl/>
        </w:rPr>
        <w:t xml:space="preserve">، </w:t>
      </w:r>
      <w:r w:rsidRPr="00DF0AC3">
        <w:rPr>
          <w:rFonts w:ascii="Vazir" w:hAnsi="Vazir" w:cs="Vazir" w:hint="cs"/>
          <w:sz w:val="14"/>
          <w:szCs w:val="16"/>
          <w:rtl/>
        </w:rPr>
        <w:t>نظر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داور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سوم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گرفته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شود</w:t>
      </w:r>
      <w:r w:rsidRPr="00DF0AC3">
        <w:rPr>
          <w:rFonts w:ascii="Vazir" w:hAnsi="Vazir" w:cs="Vazir"/>
          <w:sz w:val="14"/>
          <w:szCs w:val="16"/>
          <w:rtl/>
        </w:rPr>
        <w:t xml:space="preserve">. </w:t>
      </w:r>
    </w:p>
    <w:p w14:paraId="6605D6CF" w14:textId="1559AB31" w:rsidR="00366860" w:rsidRPr="00DF0AC3" w:rsidRDefault="00DF0AC3" w:rsidP="00DF0AC3">
      <w:pPr>
        <w:bidi/>
        <w:jc w:val="both"/>
        <w:rPr>
          <w:rFonts w:ascii="Vazir" w:hAnsi="Vazir" w:cs="Vazir"/>
          <w:sz w:val="14"/>
          <w:szCs w:val="16"/>
        </w:rPr>
      </w:pPr>
      <w:r w:rsidRPr="00DF0AC3">
        <w:rPr>
          <w:rFonts w:ascii="Vazir" w:hAnsi="Vazir" w:cs="Vazir" w:hint="cs"/>
          <w:sz w:val="14"/>
          <w:szCs w:val="16"/>
          <w:rtl/>
        </w:rPr>
        <w:t>برای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معرفی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به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سرمایه‌گذار</w:t>
      </w:r>
      <w:r w:rsidRPr="00DF0AC3">
        <w:rPr>
          <w:rFonts w:ascii="Vazir" w:hAnsi="Vazir" w:cs="Vazir"/>
          <w:sz w:val="14"/>
          <w:szCs w:val="16"/>
          <w:rtl/>
        </w:rPr>
        <w:t xml:space="preserve">، </w:t>
      </w:r>
      <w:r w:rsidRPr="00DF0AC3">
        <w:rPr>
          <w:rFonts w:ascii="Vazir" w:hAnsi="Vazir" w:cs="Vazir" w:hint="cs"/>
          <w:sz w:val="14"/>
          <w:szCs w:val="16"/>
          <w:rtl/>
        </w:rPr>
        <w:t>پس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از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رویداد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از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تیم‌های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منتخب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یک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برگه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معرفی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یک‌صفحه‌ای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تکمیل‌شده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با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نتایج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آزمون</w:t>
      </w:r>
      <w:r w:rsidRPr="00DF0AC3">
        <w:rPr>
          <w:rFonts w:ascii="Vazir" w:hAnsi="Vazir" w:cs="Vazir"/>
          <w:sz w:val="14"/>
          <w:szCs w:val="16"/>
          <w:rtl/>
        </w:rPr>
        <w:t xml:space="preserve">، </w:t>
      </w:r>
      <w:r w:rsidRPr="00DF0AC3">
        <w:rPr>
          <w:rFonts w:ascii="Vazir" w:hAnsi="Vazir" w:cs="Vazir" w:hint="cs"/>
          <w:sz w:val="14"/>
          <w:szCs w:val="16"/>
          <w:rtl/>
        </w:rPr>
        <w:t>اعضای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تیم</w:t>
      </w:r>
      <w:r w:rsidRPr="00DF0AC3">
        <w:rPr>
          <w:rFonts w:ascii="Vazir" w:hAnsi="Vazir" w:cs="Vazir"/>
          <w:sz w:val="14"/>
          <w:szCs w:val="16"/>
          <w:rtl/>
        </w:rPr>
        <w:t xml:space="preserve">، </w:t>
      </w:r>
      <w:r w:rsidRPr="00DF0AC3">
        <w:rPr>
          <w:rFonts w:ascii="Vazir" w:hAnsi="Vazir" w:cs="Vazir" w:hint="cs"/>
          <w:sz w:val="14"/>
          <w:szCs w:val="16"/>
          <w:rtl/>
        </w:rPr>
        <w:t>نیاز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مالی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و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مسیر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رشد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تهیه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شود</w:t>
      </w:r>
      <w:r w:rsidRPr="00DF0AC3">
        <w:rPr>
          <w:rFonts w:ascii="Vazir" w:hAnsi="Vazir" w:cs="Vazir"/>
          <w:sz w:val="14"/>
          <w:szCs w:val="16"/>
          <w:rtl/>
        </w:rPr>
        <w:t xml:space="preserve">؛ </w:t>
      </w:r>
      <w:r w:rsidRPr="00DF0AC3">
        <w:rPr>
          <w:rFonts w:ascii="Vazir" w:hAnsi="Vazir" w:cs="Vazir" w:hint="cs"/>
          <w:sz w:val="14"/>
          <w:szCs w:val="16"/>
          <w:rtl/>
        </w:rPr>
        <w:t>داده‌های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حساس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یا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جزئیات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فنی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محرمانه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با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اجازه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صاحبان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ایده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Pr="00DF0AC3">
        <w:rPr>
          <w:rFonts w:ascii="Vazir" w:hAnsi="Vazir" w:cs="Vazir" w:hint="cs"/>
          <w:sz w:val="14"/>
          <w:szCs w:val="16"/>
          <w:rtl/>
        </w:rPr>
        <w:t>ارائه</w:t>
      </w:r>
      <w:r w:rsidRPr="00DF0AC3">
        <w:rPr>
          <w:rFonts w:ascii="Vazir" w:hAnsi="Vazir" w:cs="Vazir"/>
          <w:sz w:val="14"/>
          <w:szCs w:val="16"/>
          <w:rtl/>
        </w:rPr>
        <w:t xml:space="preserve"> </w:t>
      </w:r>
      <w:r w:rsidR="007750A8">
        <w:rPr>
          <w:rFonts w:ascii="Vazir" w:hAnsi="Vazir" w:cs="Vazir" w:hint="cs"/>
          <w:sz w:val="14"/>
          <w:szCs w:val="16"/>
          <w:rtl/>
        </w:rPr>
        <w:t xml:space="preserve">می </w:t>
      </w:r>
      <w:r w:rsidRPr="00DF0AC3">
        <w:rPr>
          <w:rFonts w:ascii="Vazir" w:hAnsi="Vazir" w:cs="Vazir" w:hint="cs"/>
          <w:sz w:val="14"/>
          <w:szCs w:val="16"/>
          <w:rtl/>
        </w:rPr>
        <w:t>شود</w:t>
      </w:r>
      <w:r w:rsidRPr="00DF0AC3">
        <w:rPr>
          <w:rFonts w:ascii="Vazir" w:hAnsi="Vazir" w:cs="Vazir"/>
          <w:sz w:val="14"/>
          <w:szCs w:val="16"/>
          <w:rtl/>
        </w:rPr>
        <w:t>.</w:t>
      </w:r>
    </w:p>
    <w:sectPr w:rsidR="00366860" w:rsidRPr="00DF0AC3" w:rsidSect="00034616">
      <w:headerReference w:type="default" r:id="rId8"/>
      <w:footerReference w:type="default" r:id="rId9"/>
      <w:pgSz w:w="11909" w:h="16834"/>
      <w:pgMar w:top="1037" w:right="1037" w:bottom="950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9D9C8" w14:textId="77777777" w:rsidR="00A145B7" w:rsidRDefault="00A145B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091BFD6" w14:textId="77777777" w:rsidR="00A145B7" w:rsidRDefault="00A145B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DAAC608-AC7F-43B7-81CD-63802C764BCF}"/>
    <w:embedBold r:id="rId2" w:fontKey="{D3902ADA-DBC8-4DA6-897B-A12910CE043A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21296C1-B9EE-4E2E-BCBA-D760DD9A3A61}"/>
    <w:embedBold r:id="rId4" w:fontKey="{59D75A59-C6E9-430D-A615-FE466FE9C198}"/>
    <w:embedItalic r:id="rId5" w:fontKey="{BD66EB60-C272-481C-8C8C-4BC315CBD5D5}"/>
    <w:embedBoldItalic r:id="rId6" w:fontKey="{E1E698FD-D1DE-413A-B6FA-D1867C9AF11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  <w:embedRegular r:id="rId7" w:fontKey="{FF51219E-569D-4372-B51E-7D0CA412AAAC}"/>
    <w:embedBold r:id="rId8" w:fontKey="{94B30DB5-13E6-4903-9078-B5AE059BEEF3}"/>
  </w:font>
  <w:font w:name="Noto Sans Arabic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0CDA" w14:textId="5DB48CCC" w:rsidR="00366860" w:rsidRPr="007750A8" w:rsidRDefault="00000000">
    <w:pPr>
      <w:pStyle w:val="Footer"/>
      <w:bidi/>
      <w:jc w:val="right"/>
      <w:rPr>
        <w:rFonts w:ascii="Vazir" w:hAnsi="Vazir" w:cs="Vazir"/>
        <w:sz w:val="14"/>
        <w:szCs w:val="16"/>
      </w:rPr>
    </w:pPr>
    <w:proofErr w:type="spellStart"/>
    <w:r w:rsidRPr="007750A8">
      <w:rPr>
        <w:rFonts w:ascii="Vazir" w:hAnsi="Vazir" w:cs="Vazir"/>
        <w:sz w:val="14"/>
        <w:szCs w:val="16"/>
      </w:rPr>
      <w:t>پیشران</w:t>
    </w:r>
    <w:proofErr w:type="spellEnd"/>
    <w:r w:rsidRPr="007750A8">
      <w:rPr>
        <w:rFonts w:ascii="Vazir" w:hAnsi="Vazir" w:cs="Vazir"/>
        <w:sz w:val="14"/>
        <w:szCs w:val="16"/>
      </w:rPr>
      <w:t xml:space="preserve"> | </w:t>
    </w:r>
    <w:proofErr w:type="spellStart"/>
    <w:r w:rsidRPr="007750A8">
      <w:rPr>
        <w:rFonts w:ascii="Vazir" w:hAnsi="Vazir" w:cs="Vazir"/>
        <w:sz w:val="14"/>
        <w:szCs w:val="16"/>
      </w:rPr>
      <w:t>دانشکده</w:t>
    </w:r>
    <w:proofErr w:type="spellEnd"/>
    <w:r w:rsidRPr="007750A8">
      <w:rPr>
        <w:rFonts w:ascii="Vazir" w:hAnsi="Vazir" w:cs="Vazir"/>
        <w:sz w:val="14"/>
        <w:szCs w:val="16"/>
      </w:rPr>
      <w:t xml:space="preserve"> </w:t>
    </w:r>
    <w:proofErr w:type="spellStart"/>
    <w:r w:rsidRPr="007750A8">
      <w:rPr>
        <w:rFonts w:ascii="Vazir" w:hAnsi="Vazir" w:cs="Vazir"/>
        <w:sz w:val="14"/>
        <w:szCs w:val="16"/>
      </w:rPr>
      <w:t>مهندسی</w:t>
    </w:r>
    <w:proofErr w:type="spellEnd"/>
    <w:r w:rsidRPr="007750A8">
      <w:rPr>
        <w:rFonts w:ascii="Vazir" w:hAnsi="Vazir" w:cs="Vazir"/>
        <w:sz w:val="14"/>
        <w:szCs w:val="16"/>
      </w:rPr>
      <w:t xml:space="preserve"> </w:t>
    </w:r>
    <w:proofErr w:type="spellStart"/>
    <w:r w:rsidRPr="007750A8">
      <w:rPr>
        <w:rFonts w:ascii="Vazir" w:hAnsi="Vazir" w:cs="Vazir"/>
        <w:sz w:val="14"/>
        <w:szCs w:val="16"/>
      </w:rPr>
      <w:t>مکانیک</w:t>
    </w:r>
    <w:proofErr w:type="spellEnd"/>
    <w:r w:rsidRPr="007750A8">
      <w:rPr>
        <w:rFonts w:ascii="Vazir" w:hAnsi="Vazir" w:cs="Vazir"/>
        <w:sz w:val="14"/>
        <w:szCs w:val="16"/>
      </w:rPr>
      <w:t xml:space="preserve"> </w:t>
    </w:r>
    <w:proofErr w:type="spellStart"/>
    <w:r w:rsidRPr="007750A8">
      <w:rPr>
        <w:rFonts w:ascii="Vazir" w:hAnsi="Vazir" w:cs="Vazir"/>
        <w:sz w:val="14"/>
        <w:szCs w:val="16"/>
      </w:rPr>
      <w:t>دانشگاه</w:t>
    </w:r>
    <w:proofErr w:type="spellEnd"/>
    <w:r w:rsidRPr="007750A8">
      <w:rPr>
        <w:rFonts w:ascii="Vazir" w:hAnsi="Vazir" w:cs="Vazir"/>
        <w:sz w:val="14"/>
        <w:szCs w:val="16"/>
      </w:rPr>
      <w:t xml:space="preserve"> </w:t>
    </w:r>
    <w:proofErr w:type="spellStart"/>
    <w:proofErr w:type="gramStart"/>
    <w:r w:rsidRPr="007750A8">
      <w:rPr>
        <w:rFonts w:ascii="Vazir" w:hAnsi="Vazir" w:cs="Vazir"/>
        <w:sz w:val="14"/>
        <w:szCs w:val="16"/>
      </w:rPr>
      <w:t>سمنان</w:t>
    </w:r>
    <w:proofErr w:type="spellEnd"/>
    <w:r w:rsidRPr="007750A8">
      <w:rPr>
        <w:rFonts w:ascii="Vazir" w:hAnsi="Vazir" w:cs="Vazir"/>
        <w:sz w:val="14"/>
        <w:szCs w:val="16"/>
      </w:rPr>
      <w:t xml:space="preserve">  •</w:t>
    </w:r>
    <w:proofErr w:type="gramEnd"/>
    <w:r w:rsidRPr="007750A8">
      <w:rPr>
        <w:rFonts w:ascii="Vazir" w:hAnsi="Vazir" w:cs="Vazir"/>
        <w:sz w:val="14"/>
        <w:szCs w:val="16"/>
      </w:rPr>
      <w:t xml:space="preserve">  </w:t>
    </w:r>
    <w:proofErr w:type="spellStart"/>
    <w:r w:rsidRPr="007750A8">
      <w:rPr>
        <w:rFonts w:ascii="Vazir" w:hAnsi="Vazir" w:cs="Vazir"/>
        <w:sz w:val="14"/>
        <w:szCs w:val="16"/>
      </w:rPr>
      <w:t>فرم</w:t>
    </w:r>
    <w:proofErr w:type="spellEnd"/>
    <w:r w:rsidRPr="007750A8">
      <w:rPr>
        <w:rFonts w:ascii="Vazir" w:hAnsi="Vazir" w:cs="Vazir"/>
        <w:sz w:val="14"/>
        <w:szCs w:val="16"/>
      </w:rPr>
      <w:t xml:space="preserve"> </w:t>
    </w:r>
    <w:proofErr w:type="spellStart"/>
    <w:r w:rsidRPr="007750A8">
      <w:rPr>
        <w:rFonts w:ascii="Vazir" w:hAnsi="Vazir" w:cs="Vazir"/>
        <w:sz w:val="14"/>
        <w:szCs w:val="16"/>
      </w:rPr>
      <w:t>پیشنهاد</w:t>
    </w:r>
    <w:proofErr w:type="spellEnd"/>
    <w:r w:rsidRPr="007750A8">
      <w:rPr>
        <w:rFonts w:ascii="Vazir" w:hAnsi="Vazir" w:cs="Vazir"/>
        <w:sz w:val="14"/>
        <w:szCs w:val="16"/>
      </w:rPr>
      <w:t xml:space="preserve"> </w:t>
    </w:r>
    <w:proofErr w:type="spellStart"/>
    <w:r w:rsidRPr="007750A8">
      <w:rPr>
        <w:rFonts w:ascii="Vazir" w:hAnsi="Vazir" w:cs="Vazir"/>
        <w:sz w:val="14"/>
        <w:szCs w:val="16"/>
      </w:rPr>
      <w:t>ایده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41C36" w14:textId="77777777" w:rsidR="00A145B7" w:rsidRDefault="00A145B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C762B8" w14:textId="77777777" w:rsidR="00A145B7" w:rsidRDefault="00A145B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AD83" w14:textId="1441BF5B" w:rsidR="001A18AC" w:rsidRPr="001A18AC" w:rsidRDefault="001A18AC" w:rsidP="001A18AC">
    <w:pPr>
      <w:pStyle w:val="Header"/>
      <w:jc w:val="center"/>
      <w:rPr>
        <w:rFonts w:hint="eastAsia"/>
        <w:lang w:val="en-CA"/>
      </w:rPr>
    </w:pPr>
    <w:r w:rsidRPr="001A18AC">
      <w:rPr>
        <w:noProof/>
        <w:lang w:val="en-CA"/>
      </w:rPr>
      <w:drawing>
        <wp:inline distT="0" distB="0" distL="0" distR="0" wp14:anchorId="4B982283" wp14:editId="65A72588">
          <wp:extent cx="580285" cy="580285"/>
          <wp:effectExtent l="0" t="0" r="0" b="0"/>
          <wp:docPr id="186633725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96" cy="594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noProof/>
      </w:rPr>
      <w:drawing>
        <wp:inline distT="0" distB="0" distL="0" distR="0" wp14:anchorId="08DD90D1" wp14:editId="52E2F338">
          <wp:extent cx="633939" cy="590123"/>
          <wp:effectExtent l="0" t="0" r="0" b="635"/>
          <wp:docPr id="15437721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17" cy="599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1A18AC">
      <w:rPr>
        <w:noProof/>
      </w:rPr>
      <w:drawing>
        <wp:inline distT="0" distB="0" distL="0" distR="0" wp14:anchorId="260F04CE" wp14:editId="4F432DB4">
          <wp:extent cx="391424" cy="593678"/>
          <wp:effectExtent l="0" t="0" r="8890" b="0"/>
          <wp:docPr id="8530514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051465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99789" cy="606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A18AC">
      <w:rPr>
        <w:noProof/>
        <w:lang w:val="en-CA"/>
      </w:rPr>
      <w:drawing>
        <wp:inline distT="0" distB="0" distL="0" distR="0" wp14:anchorId="6D6264AA" wp14:editId="38344125">
          <wp:extent cx="6068060" cy="9427845"/>
          <wp:effectExtent l="0" t="0" r="8890" b="1905"/>
          <wp:docPr id="16429322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8060" cy="942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04D2D3" w14:textId="4B598030" w:rsidR="001A18AC" w:rsidRDefault="001A18AC" w:rsidP="001A18AC">
    <w:pPr>
      <w:pStyle w:val="Header"/>
      <w:jc w:val="right"/>
      <w:rPr>
        <w:rFonts w:hint="eastAsia"/>
      </w:rPr>
    </w:pPr>
    <w:r>
      <w:rPr>
        <w:noProof/>
      </w:rPr>
      <w:drawing>
        <wp:inline distT="0" distB="0" distL="0" distR="0" wp14:anchorId="3169C0A9" wp14:editId="6E90F398">
          <wp:extent cx="6066790" cy="9427845"/>
          <wp:effectExtent l="0" t="0" r="0" b="1905"/>
          <wp:docPr id="207757367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6790" cy="942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D06A703" wp14:editId="4E382673">
          <wp:extent cx="6066790" cy="9427845"/>
          <wp:effectExtent l="0" t="0" r="0" b="1905"/>
          <wp:docPr id="18749480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6790" cy="942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0909328">
    <w:abstractNumId w:val="8"/>
  </w:num>
  <w:num w:numId="2" w16cid:durableId="1235892604">
    <w:abstractNumId w:val="6"/>
  </w:num>
  <w:num w:numId="3" w16cid:durableId="2027445151">
    <w:abstractNumId w:val="5"/>
  </w:num>
  <w:num w:numId="4" w16cid:durableId="440297077">
    <w:abstractNumId w:val="4"/>
  </w:num>
  <w:num w:numId="5" w16cid:durableId="1618949704">
    <w:abstractNumId w:val="7"/>
  </w:num>
  <w:num w:numId="6" w16cid:durableId="403381460">
    <w:abstractNumId w:val="3"/>
  </w:num>
  <w:num w:numId="7" w16cid:durableId="297347143">
    <w:abstractNumId w:val="2"/>
  </w:num>
  <w:num w:numId="8" w16cid:durableId="1005672814">
    <w:abstractNumId w:val="1"/>
  </w:num>
  <w:num w:numId="9" w16cid:durableId="405109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378D"/>
    <w:rsid w:val="0015074B"/>
    <w:rsid w:val="001950D3"/>
    <w:rsid w:val="001A18AC"/>
    <w:rsid w:val="0029639D"/>
    <w:rsid w:val="00326F90"/>
    <w:rsid w:val="00366860"/>
    <w:rsid w:val="003C5E86"/>
    <w:rsid w:val="004C2B35"/>
    <w:rsid w:val="004D6746"/>
    <w:rsid w:val="004E2584"/>
    <w:rsid w:val="005A4096"/>
    <w:rsid w:val="00601434"/>
    <w:rsid w:val="007750A8"/>
    <w:rsid w:val="0079046E"/>
    <w:rsid w:val="007D0334"/>
    <w:rsid w:val="00A145B7"/>
    <w:rsid w:val="00A873D3"/>
    <w:rsid w:val="00AA1D8D"/>
    <w:rsid w:val="00AB071B"/>
    <w:rsid w:val="00B47730"/>
    <w:rsid w:val="00C1729E"/>
    <w:rsid w:val="00C92C9F"/>
    <w:rsid w:val="00CB0664"/>
    <w:rsid w:val="00CF2812"/>
    <w:rsid w:val="00D16BB3"/>
    <w:rsid w:val="00DF0A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79C632"/>
  <w14:defaultImageDpi w14:val="330"/>
  <w15:docId w15:val="{8476F9CD-E802-41B7-AF5B-B7BDF158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Vazirmatn" w:hAnsi="Vazirmatn" w:cs="Vazirmatn"/>
      <w:color w:val="112E3E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A696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1A18A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Reza Sabbagh</cp:lastModifiedBy>
  <cp:revision>17</cp:revision>
  <cp:lastPrinted>2026-10-31T05:06:00Z</cp:lastPrinted>
  <dcterms:created xsi:type="dcterms:W3CDTF">2013-12-23T23:15:00Z</dcterms:created>
  <dcterms:modified xsi:type="dcterms:W3CDTF">2026-10-31T05:06:00Z</dcterms:modified>
  <cp:category/>
</cp:coreProperties>
</file>